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D35FD" w14:paraId="23992E51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16410E9" w14:textId="77777777" w:rsidR="00AD35FD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76929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6929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66E97BC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63D9566" w14:textId="77777777" w:rsidR="00AD35FD" w:rsidRDefault="00AD35FD">
            <w:pPr>
              <w:keepNext/>
            </w:pPr>
            <w:r>
              <w:t>BUZĂU</w:t>
            </w:r>
          </w:p>
        </w:tc>
      </w:tr>
      <w:tr w:rsidR="00AD35FD" w14:paraId="4CF39563" w14:textId="77777777">
        <w:trPr>
          <w:cantSplit/>
          <w:trHeight w:val="510"/>
        </w:trPr>
        <w:tc>
          <w:tcPr>
            <w:tcW w:w="1606" w:type="dxa"/>
            <w:vMerge/>
          </w:tcPr>
          <w:p w14:paraId="46929F1C" w14:textId="77777777" w:rsidR="00AD35FD" w:rsidRDefault="00AD35FD"/>
        </w:tc>
        <w:tc>
          <w:tcPr>
            <w:tcW w:w="8030" w:type="dxa"/>
            <w:gridSpan w:val="3"/>
            <w:shd w:val="clear" w:color="auto" w:fill="F0F0F0"/>
          </w:tcPr>
          <w:p w14:paraId="01EECC2B" w14:textId="77777777" w:rsidR="00AD35FD" w:rsidRDefault="00000000">
            <w:pPr>
              <w:keepNext/>
            </w:pPr>
            <w:r>
              <w:t>PRIMĂRIA COMUNEI SĂPOCA</w:t>
            </w:r>
          </w:p>
          <w:p w14:paraId="411B3CAD" w14:textId="77777777" w:rsidR="00AD35FD" w:rsidRDefault="00AD35FD">
            <w:pPr>
              <w:keepNext/>
            </w:pPr>
          </w:p>
        </w:tc>
      </w:tr>
      <w:tr w:rsidR="00AD35FD" w14:paraId="75D900BC" w14:textId="77777777">
        <w:trPr>
          <w:cantSplit/>
          <w:trHeight w:val="510"/>
        </w:trPr>
        <w:tc>
          <w:tcPr>
            <w:tcW w:w="1606" w:type="dxa"/>
            <w:vMerge/>
          </w:tcPr>
          <w:p w14:paraId="37B6CDF5" w14:textId="77777777" w:rsidR="00AD35FD" w:rsidRDefault="00AD35FD"/>
        </w:tc>
        <w:tc>
          <w:tcPr>
            <w:tcW w:w="2409" w:type="dxa"/>
            <w:shd w:val="clear" w:color="auto" w:fill="F0F0F0"/>
          </w:tcPr>
          <w:p w14:paraId="7B08056B" w14:textId="77777777" w:rsidR="00AD35FD" w:rsidRPr="007050CD" w:rsidRDefault="00000000">
            <w:pPr>
              <w:keepNext/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(CIF)</w:t>
            </w:r>
          </w:p>
          <w:p w14:paraId="7DC4DCC4" w14:textId="77777777" w:rsidR="00AD35FD" w:rsidRPr="007050CD" w:rsidRDefault="00AD35FD">
            <w:pPr>
              <w:keepNext/>
              <w:rPr>
                <w:lang w:val="fr-FR"/>
              </w:rPr>
            </w:pPr>
            <w:r>
              <w:t>3662487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045657FF" w14:textId="77777777" w:rsidR="00AD35FD" w:rsidRDefault="00000000">
            <w:pPr>
              <w:keepNext/>
            </w:pPr>
            <w:r>
              <w:t>Adresa</w:t>
            </w:r>
          </w:p>
          <w:p w14:paraId="7F7A90CC" w14:textId="77777777" w:rsidR="00AD35FD" w:rsidRDefault="00000000">
            <w:pPr>
              <w:keepNext/>
            </w:pPr>
            <w:r>
              <w:t>Comuna Săpoca, sat Săpoca nr.121, judeţul Buzău, cod 127540</w:t>
            </w:r>
          </w:p>
          <w:p w14:paraId="1C11E709" w14:textId="77777777" w:rsidR="00AD35FD" w:rsidRDefault="00AD35FD">
            <w:pPr>
              <w:keepNext/>
            </w:pPr>
            <w:r>
              <w:t>Tel./Fax: 0238508144/0238508479; E-mail: primariasapocabz@gmail.com</w:t>
            </w:r>
          </w:p>
        </w:tc>
      </w:tr>
      <w:tr w:rsidR="00AD35FD" w14:paraId="20852B2C" w14:textId="77777777">
        <w:trPr>
          <w:cantSplit/>
          <w:trHeight w:val="510"/>
        </w:trPr>
        <w:tc>
          <w:tcPr>
            <w:tcW w:w="1606" w:type="dxa"/>
            <w:vMerge/>
          </w:tcPr>
          <w:p w14:paraId="20FE1C8B" w14:textId="77777777" w:rsidR="00AD35FD" w:rsidRDefault="00AD35FD"/>
        </w:tc>
        <w:tc>
          <w:tcPr>
            <w:tcW w:w="4818" w:type="dxa"/>
            <w:gridSpan w:val="2"/>
            <w:shd w:val="clear" w:color="auto" w:fill="F0F0F0"/>
          </w:tcPr>
          <w:p w14:paraId="4F99B7DE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572FA267" w14:textId="77777777" w:rsidR="00AD35FD" w:rsidRDefault="00AD35FD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597632B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6839202" w14:textId="77777777" w:rsidR="00AD35FD" w:rsidRDefault="00AD35FD">
            <w:pPr>
              <w:keepNext/>
            </w:pPr>
          </w:p>
        </w:tc>
      </w:tr>
      <w:tr w:rsidR="00AD35FD" w:rsidRPr="005E6036" w14:paraId="40A3F398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FD605A9" w14:textId="77777777" w:rsidR="00AD35FD" w:rsidRPr="007050CD" w:rsidRDefault="00000000">
            <w:pPr>
              <w:rPr>
                <w:lang w:val="fr-FR"/>
              </w:rPr>
            </w:pPr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7050CD">
              <w:rPr>
                <w:i/>
                <w:color w:val="595959"/>
                <w:lang w:val="fr-FR"/>
              </w:rPr>
              <w:t>se</w:t>
            </w:r>
            <w:proofErr w:type="gram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scrie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în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58FEB982" w14:textId="77777777" w:rsidR="00AD35FD" w:rsidRPr="005E6036" w:rsidRDefault="00000000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ÎNȘTIINȚARE</w:t>
      </w:r>
    </w:p>
    <w:p w14:paraId="3F1F960E" w14:textId="77777777" w:rsidR="00AD35FD" w:rsidRDefault="00000000">
      <w:pPr>
        <w:spacing w:after="120"/>
        <w:jc w:val="center"/>
      </w:pPr>
      <w:r>
        <w:rPr>
          <w:sz w:val="19"/>
        </w:rPr>
        <w:t>privind încheierea execuției lucrărilor</w:t>
      </w:r>
    </w:p>
    <w:p w14:paraId="39CC6B28" w14:textId="77777777" w:rsidR="00AD35FD" w:rsidRDefault="00AD35FD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D35FD" w14:paraId="5D5D5660" w14:textId="77777777">
        <w:trPr>
          <w:cantSplit/>
        </w:trPr>
        <w:tc>
          <w:tcPr>
            <w:tcW w:w="9636" w:type="dxa"/>
            <w:shd w:val="clear" w:color="auto" w:fill="F4F4F4"/>
          </w:tcPr>
          <w:p w14:paraId="7237AFBA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D35FD" w:rsidRPr="007050CD" w14:paraId="6E6DD37F" w14:textId="77777777">
        <w:trPr>
          <w:cantSplit/>
          <w:trHeight w:val="510"/>
        </w:trPr>
        <w:tc>
          <w:tcPr>
            <w:tcW w:w="9636" w:type="dxa"/>
          </w:tcPr>
          <w:p w14:paraId="29E26C9F" w14:textId="77777777" w:rsidR="00AD35FD" w:rsidRPr="007050CD" w:rsidRDefault="00AD35FD" w:rsidP="007050CD">
            <w:pPr>
              <w:keepNext/>
              <w:rPr>
                <w:lang w:val="fr-FR"/>
              </w:rPr>
            </w:pPr>
          </w:p>
        </w:tc>
      </w:tr>
      <w:tr w:rsidR="00AD35FD" w:rsidRPr="007050CD" w14:paraId="6859A31D" w14:textId="77777777">
        <w:trPr>
          <w:cantSplit/>
        </w:trPr>
        <w:tc>
          <w:tcPr>
            <w:tcW w:w="9636" w:type="dxa"/>
            <w:shd w:val="clear" w:color="auto" w:fill="F4F4F4"/>
          </w:tcPr>
          <w:p w14:paraId="065790C6" w14:textId="169ECA0F" w:rsidR="00AD35FD" w:rsidRPr="005E6036" w:rsidRDefault="00000000">
            <w:pPr>
              <w:spacing w:line="228" w:lineRule="auto"/>
            </w:pPr>
            <w:proofErr w:type="spellStart"/>
            <w:r w:rsidRPr="005E6036">
              <w:t>Cererea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va</w:t>
            </w:r>
            <w:proofErr w:type="spellEnd"/>
            <w:r w:rsidRPr="005E6036">
              <w:t xml:space="preserve"> fi</w:t>
            </w:r>
            <w:r w:rsidR="007050CD" w:rsidRPr="005E6036">
              <w:t xml:space="preserve"> </w:t>
            </w:r>
            <w:proofErr w:type="spellStart"/>
            <w:r w:rsidR="007050CD" w:rsidRPr="005E6036">
              <w:t>adresată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către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președintele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consiliului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județean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general,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de sector </w:t>
            </w:r>
            <w:proofErr w:type="spellStart"/>
            <w:r w:rsidRPr="005E6036">
              <w:t>sau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municipiului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orașului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comunei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după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caz</w:t>
            </w:r>
            <w:proofErr w:type="spellEnd"/>
            <w:r w:rsidRPr="005E6036">
              <w:t>.</w:t>
            </w:r>
          </w:p>
        </w:tc>
      </w:tr>
    </w:tbl>
    <w:p w14:paraId="51D38FA9" w14:textId="77777777" w:rsidR="00AD35FD" w:rsidRPr="005E6036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D35FD" w14:paraId="46CB876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3B3776" w14:textId="77777777" w:rsidR="00AD35FD" w:rsidRDefault="00000000">
            <w:pPr>
              <w:keepNext/>
            </w:pPr>
            <w:r w:rsidRPr="005E6036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D35FD" w14:paraId="32169DFD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0915621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460DBA2" w14:textId="77777777" w:rsidR="00AD35FD" w:rsidRDefault="00AD35FD">
            <w:pPr>
              <w:keepNext/>
            </w:pPr>
          </w:p>
        </w:tc>
        <w:tc>
          <w:tcPr>
            <w:tcW w:w="4015" w:type="dxa"/>
            <w:gridSpan w:val="3"/>
          </w:tcPr>
          <w:p w14:paraId="62D69012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5C61E18C" w14:textId="77777777" w:rsidR="00AD35FD" w:rsidRDefault="00AD35FD">
            <w:pPr>
              <w:keepNext/>
            </w:pPr>
          </w:p>
        </w:tc>
      </w:tr>
      <w:tr w:rsidR="00AD35FD" w14:paraId="2BC6EF7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8B7BC7E" w14:textId="77777777" w:rsidR="00AD35FD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D35FD" w14:paraId="1EDA1342" w14:textId="77777777">
        <w:trPr>
          <w:cantSplit/>
          <w:trHeight w:val="510"/>
        </w:trPr>
        <w:tc>
          <w:tcPr>
            <w:tcW w:w="1606" w:type="dxa"/>
          </w:tcPr>
          <w:p w14:paraId="09DE4D5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04A3F5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2B6D286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5B2CC0F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5"/>
          </w:tcPr>
          <w:p w14:paraId="074B257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68E9A4D7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6665BF0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85EFB42" w14:textId="77777777" w:rsidR="00AD35FD" w:rsidRDefault="00AD35FD">
            <w:pPr>
              <w:keepNext/>
            </w:pPr>
          </w:p>
        </w:tc>
      </w:tr>
      <w:tr w:rsidR="00AD35FD" w14:paraId="32CEFBE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F217D41" w14:textId="77777777" w:rsidR="00AD35FD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D35FD" w14:paraId="5155AE8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9A1DBB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176509F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4"/>
          </w:tcPr>
          <w:p w14:paraId="12FFC180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8AF07E4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DCE9F1A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ABA8A3A" w14:textId="77777777" w:rsidR="00AD35FD" w:rsidRDefault="00AD35FD">
            <w:pPr>
              <w:keepNext/>
            </w:pPr>
          </w:p>
        </w:tc>
      </w:tr>
      <w:tr w:rsidR="00AD35FD" w14:paraId="40628C1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16757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BA56E68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1489889D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B4ABA2F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7CD5A464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109255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35CA800D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49F3CE7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5BF03D0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A6186C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7A7CC00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EDFEC25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0F72F70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487B61C5" w14:textId="77777777" w:rsidR="00AD35FD" w:rsidRDefault="00AD35FD">
            <w:pPr>
              <w:keepNext/>
            </w:pPr>
          </w:p>
        </w:tc>
      </w:tr>
      <w:tr w:rsidR="00AD35FD" w14:paraId="025BF65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FA46FA6" w14:textId="77777777" w:rsidR="00AD35FD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D35FD" w14:paraId="3F62D54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D073D6E" w14:textId="77777777" w:rsidR="00AD35FD" w:rsidRDefault="00000000">
            <w:r>
              <w:rPr>
                <w:b/>
                <w:color w:val="0D5F78"/>
              </w:rPr>
              <w:t>Telefon / fax</w:t>
            </w:r>
          </w:p>
          <w:p w14:paraId="39CC712B" w14:textId="77777777" w:rsidR="00AD35FD" w:rsidRDefault="00AD35FD"/>
        </w:tc>
        <w:tc>
          <w:tcPr>
            <w:tcW w:w="5621" w:type="dxa"/>
            <w:gridSpan w:val="5"/>
          </w:tcPr>
          <w:p w14:paraId="731E3EAF" w14:textId="77777777" w:rsidR="00AD35FD" w:rsidRDefault="00000000">
            <w:r>
              <w:rPr>
                <w:b/>
                <w:color w:val="0D5F78"/>
              </w:rPr>
              <w:t>E-mail</w:t>
            </w:r>
          </w:p>
          <w:p w14:paraId="6A57A506" w14:textId="77777777" w:rsidR="00AD35FD" w:rsidRDefault="00AD35FD"/>
        </w:tc>
      </w:tr>
    </w:tbl>
    <w:p w14:paraId="4D9D1FE5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D35FD" w:rsidRPr="005E6036" w14:paraId="0CCD3AD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FDD6DE2" w14:textId="77777777" w:rsidR="00AD35FD" w:rsidRPr="007050CD" w:rsidRDefault="00000000">
            <w:pPr>
              <w:keepNext/>
              <w:rPr>
                <w:lang w:val="fr-FR"/>
              </w:rPr>
            </w:pPr>
            <w:r w:rsidRPr="007050CD">
              <w:rPr>
                <w:b/>
                <w:sz w:val="16"/>
                <w:lang w:val="fr-FR"/>
              </w:rPr>
              <w:t xml:space="preserve"> 3. </w:t>
            </w:r>
            <w:r w:rsidRPr="007050CD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D35FD" w14:paraId="587E3C10" w14:textId="77777777">
        <w:trPr>
          <w:cantSplit/>
          <w:trHeight w:val="510"/>
        </w:trPr>
        <w:tc>
          <w:tcPr>
            <w:tcW w:w="1606" w:type="dxa"/>
          </w:tcPr>
          <w:p w14:paraId="38570560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D760159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331EAC7E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3ACC2CAC" w14:textId="77777777" w:rsidR="00AD35FD" w:rsidRDefault="00AD35FD">
            <w:pPr>
              <w:keepNext/>
            </w:pPr>
          </w:p>
        </w:tc>
        <w:tc>
          <w:tcPr>
            <w:tcW w:w="5621" w:type="dxa"/>
          </w:tcPr>
          <w:p w14:paraId="45DAA69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7035BC1B" w14:textId="77777777" w:rsidR="00AD35FD" w:rsidRDefault="00AD35FD">
            <w:pPr>
              <w:keepNext/>
            </w:pPr>
          </w:p>
        </w:tc>
      </w:tr>
      <w:tr w:rsidR="00AD35FD" w14:paraId="24AC54C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DD30D26" w14:textId="77777777" w:rsidR="00AD35FD" w:rsidRDefault="00000000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D35FD" w:rsidRPr="005E6036" w14:paraId="14CEAA34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023C43F6" w14:textId="77777777" w:rsidR="00AD35FD" w:rsidRPr="007050CD" w:rsidRDefault="00000000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și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din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5D07F1A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</w:tr>
      <w:tr w:rsidR="00AD35FD" w14:paraId="0BCFAFD1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7645425" w14:textId="77777777" w:rsidR="00AD35FD" w:rsidRDefault="00000000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3EFD05AE" w14:textId="77777777" w:rsidR="00AD35FD" w:rsidRDefault="00AD35FD"/>
        </w:tc>
      </w:tr>
    </w:tbl>
    <w:p w14:paraId="6F25DA33" w14:textId="48CBC554" w:rsidR="00AD35FD" w:rsidRPr="005E6036" w:rsidRDefault="00000000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ADUC LA CUNOȘTINȚĂ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D35FD" w14:paraId="43F9191F" w14:textId="77777777">
        <w:trPr>
          <w:cantSplit/>
          <w:trHeight w:val="510"/>
        </w:trPr>
        <w:tc>
          <w:tcPr>
            <w:tcW w:w="2409" w:type="dxa"/>
          </w:tcPr>
          <w:p w14:paraId="1A30CAD2" w14:textId="77777777" w:rsidR="00AD35FD" w:rsidRDefault="00000000">
            <w:r>
              <w:rPr>
                <w:b/>
                <w:color w:val="0D5F78"/>
              </w:rPr>
              <w:t>Că la data de</w:t>
            </w:r>
          </w:p>
          <w:p w14:paraId="5CE18A2B" w14:textId="77777777" w:rsidR="00AD35FD" w:rsidRDefault="00AD35FD"/>
        </w:tc>
        <w:tc>
          <w:tcPr>
            <w:tcW w:w="1606" w:type="dxa"/>
          </w:tcPr>
          <w:p w14:paraId="537E7015" w14:textId="77777777" w:rsidR="00AD35FD" w:rsidRDefault="00000000">
            <w:r>
              <w:rPr>
                <w:b/>
                <w:color w:val="0D5F78"/>
              </w:rPr>
              <w:t>ora</w:t>
            </w:r>
          </w:p>
          <w:p w14:paraId="349EB503" w14:textId="77777777" w:rsidR="00AD35FD" w:rsidRDefault="00AD35FD"/>
        </w:tc>
        <w:tc>
          <w:tcPr>
            <w:tcW w:w="5621" w:type="dxa"/>
          </w:tcPr>
          <w:p w14:paraId="479316B2" w14:textId="77777777" w:rsidR="00AD35FD" w:rsidRPr="007050CD" w:rsidRDefault="00000000">
            <w:pPr>
              <w:rPr>
                <w:lang w:val="fr-FR"/>
              </w:rPr>
            </w:pPr>
            <w:proofErr w:type="gramStart"/>
            <w:r w:rsidRPr="007050CD">
              <w:rPr>
                <w:b/>
                <w:color w:val="0D5F78"/>
                <w:lang w:val="fr-FR"/>
              </w:rPr>
              <w:t>au</w:t>
            </w:r>
            <w:proofErr w:type="gram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fost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finalizate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70DA8600" w14:textId="77777777" w:rsidR="00AD35FD" w:rsidRDefault="00000000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14:paraId="0A5397F4" w14:textId="77777777" w:rsidR="00AD35FD" w:rsidRDefault="00AD35FD"/>
        </w:tc>
      </w:tr>
    </w:tbl>
    <w:p w14:paraId="46459DEB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D35FD" w14:paraId="503B36F7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7C80A2C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35FD" w14:paraId="6246E343" w14:textId="77777777">
        <w:trPr>
          <w:cantSplit/>
        </w:trPr>
        <w:tc>
          <w:tcPr>
            <w:tcW w:w="9636" w:type="dxa"/>
            <w:gridSpan w:val="6"/>
          </w:tcPr>
          <w:p w14:paraId="0AB87AAD" w14:textId="77777777" w:rsidR="00AD35FD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D35FD" w14:paraId="53BDC58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48965D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3613F305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365ED67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6F56704A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21EB7A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4F784361" w14:textId="77777777" w:rsidR="00AD35FD" w:rsidRDefault="00AD35FD">
            <w:pPr>
              <w:keepNext/>
            </w:pPr>
          </w:p>
        </w:tc>
      </w:tr>
      <w:tr w:rsidR="00AD35FD" w14:paraId="2BC39562" w14:textId="77777777">
        <w:trPr>
          <w:cantSplit/>
          <w:trHeight w:val="510"/>
        </w:trPr>
        <w:tc>
          <w:tcPr>
            <w:tcW w:w="1606" w:type="dxa"/>
          </w:tcPr>
          <w:p w14:paraId="32502F2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492DB3D9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3"/>
          </w:tcPr>
          <w:p w14:paraId="79596D0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6B7FC7B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0B5DE63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C554BE8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5F4DD62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81D6BF6" w14:textId="77777777" w:rsidR="00AD35FD" w:rsidRDefault="00AD35FD">
            <w:pPr>
              <w:keepNext/>
            </w:pPr>
          </w:p>
        </w:tc>
      </w:tr>
      <w:tr w:rsidR="00AD35FD" w14:paraId="45E2EB9D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946A25A" w14:textId="77777777" w:rsidR="00AD35FD" w:rsidRPr="007050CD" w:rsidRDefault="00000000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Număr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cadastral</w:t>
            </w:r>
          </w:p>
          <w:p w14:paraId="75CF10B0" w14:textId="77777777" w:rsidR="00AD35FD" w:rsidRPr="007050CD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7050CD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e-Terra</w:t>
            </w:r>
          </w:p>
          <w:p w14:paraId="23C0206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1CA801FC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460EFF8" w14:textId="77777777" w:rsidR="00AD35FD" w:rsidRDefault="00AD35FD">
            <w:pPr>
              <w:keepNext/>
            </w:pPr>
          </w:p>
        </w:tc>
      </w:tr>
    </w:tbl>
    <w:p w14:paraId="4310081F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7227"/>
        <w:gridCol w:w="2409"/>
      </w:tblGrid>
      <w:tr w:rsidR="00AD35FD" w14:paraId="00876DD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91472DD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CONVOCAREA COMISIEI DE RECEPȚIE</w:t>
            </w:r>
          </w:p>
        </w:tc>
      </w:tr>
      <w:tr w:rsidR="00AD35FD" w14:paraId="1EE75B4F" w14:textId="77777777">
        <w:trPr>
          <w:cantSplit/>
          <w:trHeight w:val="510"/>
        </w:trPr>
        <w:tc>
          <w:tcPr>
            <w:tcW w:w="7227" w:type="dxa"/>
          </w:tcPr>
          <w:p w14:paraId="668CA31F" w14:textId="77777777" w:rsidR="00AD35FD" w:rsidRPr="007050CD" w:rsidRDefault="00000000">
            <w:pPr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Se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convoacă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comisia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recepție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terminarea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lucrărilor</w:t>
            </w:r>
            <w:proofErr w:type="spellEnd"/>
            <w:r w:rsidRPr="007050CD">
              <w:rPr>
                <w:b/>
                <w:color w:val="0D5F78"/>
                <w:lang w:val="fr-FR"/>
              </w:rPr>
              <w:t>, la data</w:t>
            </w:r>
          </w:p>
          <w:p w14:paraId="3C5ABEF2" w14:textId="77777777" w:rsidR="00AD35FD" w:rsidRPr="007050CD" w:rsidRDefault="00AD35FD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005C1153" w14:textId="77777777" w:rsidR="00AD35FD" w:rsidRDefault="00000000">
            <w:proofErr w:type="spellStart"/>
            <w:r>
              <w:rPr>
                <w:b/>
                <w:color w:val="0D5F78"/>
              </w:rPr>
              <w:t>ora</w:t>
            </w:r>
            <w:proofErr w:type="spellEnd"/>
          </w:p>
          <w:p w14:paraId="67115499" w14:textId="77777777" w:rsidR="00AD35FD" w:rsidRDefault="00AD35FD"/>
        </w:tc>
      </w:tr>
    </w:tbl>
    <w:p w14:paraId="2CA6B2E0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D35FD" w14:paraId="4DA3EAB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22918AA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D35FD" w14:paraId="70E41EEA" w14:textId="77777777">
        <w:trPr>
          <w:cantSplit/>
          <w:trHeight w:val="510"/>
        </w:trPr>
        <w:tc>
          <w:tcPr>
            <w:tcW w:w="1606" w:type="dxa"/>
          </w:tcPr>
          <w:p w14:paraId="246FD708" w14:textId="77777777" w:rsidR="00AD35FD" w:rsidRDefault="00000000">
            <w:r>
              <w:rPr>
                <w:b/>
                <w:color w:val="0D5F78"/>
              </w:rPr>
              <w:t>Data</w:t>
            </w:r>
          </w:p>
          <w:p w14:paraId="71990700" w14:textId="77777777" w:rsidR="00AD35FD" w:rsidRDefault="00AD35FD"/>
        </w:tc>
        <w:tc>
          <w:tcPr>
            <w:tcW w:w="4818" w:type="dxa"/>
          </w:tcPr>
          <w:p w14:paraId="16AE7494" w14:textId="77777777" w:rsidR="00AD35FD" w:rsidRDefault="00000000">
            <w:r>
              <w:rPr>
                <w:b/>
                <w:color w:val="0D5F78"/>
              </w:rPr>
              <w:t>Titularul autorizației</w:t>
            </w:r>
          </w:p>
          <w:p w14:paraId="3DBB02B2" w14:textId="77777777" w:rsidR="00AD35FD" w:rsidRDefault="00AD35FD"/>
        </w:tc>
        <w:tc>
          <w:tcPr>
            <w:tcW w:w="3212" w:type="dxa"/>
          </w:tcPr>
          <w:p w14:paraId="4A633198" w14:textId="77777777" w:rsidR="00AD35FD" w:rsidRDefault="00000000">
            <w:r>
              <w:rPr>
                <w:b/>
                <w:color w:val="0D5F78"/>
              </w:rPr>
              <w:t>Semnătura</w:t>
            </w:r>
          </w:p>
          <w:p w14:paraId="5A726045" w14:textId="77777777" w:rsidR="00AD35FD" w:rsidRDefault="00AD35FD"/>
        </w:tc>
      </w:tr>
    </w:tbl>
    <w:p w14:paraId="7A82EDC4" w14:textId="77777777" w:rsidR="00AD35FD" w:rsidRDefault="00AD35FD">
      <w:pPr>
        <w:spacing w:line="168" w:lineRule="auto"/>
      </w:pPr>
    </w:p>
    <w:sectPr w:rsidR="00AD35FD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669F9" w14:textId="77777777" w:rsidR="001D6E6F" w:rsidRDefault="001D6E6F">
      <w:r>
        <w:separator/>
      </w:r>
    </w:p>
  </w:endnote>
  <w:endnote w:type="continuationSeparator" w:id="0">
    <w:p w14:paraId="403EFCF9" w14:textId="77777777" w:rsidR="001D6E6F" w:rsidRDefault="001D6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F1F6F" w14:textId="7C30F0FC" w:rsidR="00AD35FD" w:rsidRDefault="00000000">
    <w:pPr>
      <w:pStyle w:val="Subsol"/>
      <w:tabs>
        <w:tab w:val="right" w:pos="9639"/>
      </w:tabs>
    </w:pPr>
    <w:r>
      <w:rPr>
        <w:color w:val="595959"/>
      </w:rPr>
      <w:t>F_A_</w:t>
    </w:r>
    <w:r w:rsidR="005E6036">
      <w:rPr>
        <w:color w:val="595959"/>
      </w:rPr>
      <w:t>10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7050C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7050C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98977" w14:textId="77777777" w:rsidR="001D6E6F" w:rsidRDefault="001D6E6F">
      <w:r>
        <w:separator/>
      </w:r>
    </w:p>
  </w:footnote>
  <w:footnote w:type="continuationSeparator" w:id="0">
    <w:p w14:paraId="3BECC982" w14:textId="77777777" w:rsidR="001D6E6F" w:rsidRDefault="001D6E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3549725">
    <w:abstractNumId w:val="8"/>
  </w:num>
  <w:num w:numId="2" w16cid:durableId="1043405023">
    <w:abstractNumId w:val="6"/>
  </w:num>
  <w:num w:numId="3" w16cid:durableId="2058121501">
    <w:abstractNumId w:val="5"/>
  </w:num>
  <w:num w:numId="4" w16cid:durableId="822626475">
    <w:abstractNumId w:val="4"/>
  </w:num>
  <w:num w:numId="5" w16cid:durableId="729963553">
    <w:abstractNumId w:val="7"/>
  </w:num>
  <w:num w:numId="6" w16cid:durableId="1701200132">
    <w:abstractNumId w:val="3"/>
  </w:num>
  <w:num w:numId="7" w16cid:durableId="1146553551">
    <w:abstractNumId w:val="2"/>
  </w:num>
  <w:num w:numId="8" w16cid:durableId="224266935">
    <w:abstractNumId w:val="1"/>
  </w:num>
  <w:num w:numId="9" w16cid:durableId="1878928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6E6F"/>
    <w:rsid w:val="0029639D"/>
    <w:rsid w:val="00326F90"/>
    <w:rsid w:val="005E6036"/>
    <w:rsid w:val="006C103E"/>
    <w:rsid w:val="007050CD"/>
    <w:rsid w:val="008E3393"/>
    <w:rsid w:val="00AA1D8D"/>
    <w:rsid w:val="00AD35FD"/>
    <w:rsid w:val="00B47730"/>
    <w:rsid w:val="00B769B5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E384F2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230</Words>
  <Characters>1314</Characters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2026-08-24T15:29:00Z</dcterms:modified>
  <cp:category/>
</cp:coreProperties>
</file>