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77777777" w:rsidR="00D06E85" w:rsidRDefault="00000000">
            <w:pPr>
              <w:keepNext/>
              <w:jc w:val="center"/>
            </w:pPr>
            <w:r>
              <w:drawing>
                <wp:inline xmlns:a="http://schemas.openxmlformats.org/drawingml/2006/main" xmlns:pic="http://schemas.openxmlformats.org/drawingml/2006/picture">
                  <wp:extent cx="731520" cy="769298"/>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769298"/>
                          </a:xfrm>
                          <a:prstGeom prst="rect"/>
                        </pic:spPr>
                      </pic:pic>
                    </a:graphicData>
                  </a:graphic>
                </wp:inline>
              </w:drawing>
            </w:r>
          </w:p>
        </w:tc>
        <w:tc>
          <w:tcPr>
            <w:tcW w:w="8030" w:type="dxa"/>
            <w:gridSpan w:val="3"/>
            <w:shd w:val="clear" w:color="auto" w:fill="F0F0F0"/>
          </w:tcPr>
          <w:p w14:paraId="7A25B7CF" w14:textId="77777777" w:rsidR="00D06E85" w:rsidRDefault="00000000">
            <w:pPr>
              <w:keepNext/>
            </w:pPr>
            <w:r>
              <w:rPr>
                <w:b/>
                <w:color w:val="0D5F78"/>
              </w:rPr>
              <w:t>Județul</w:t>
            </w:r>
          </w:p>
          <w:p w14:paraId="14096774" w14:textId="77777777" w:rsidR="00D06E85" w:rsidRDefault="00D06E85">
            <w:pPr>
              <w:keepNext/>
            </w:pPr>
            <w:r>
              <w:t>BUZĂU</w:t>
            </w: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77777777" w:rsidR="00D06E85" w:rsidRDefault="00000000">
            <w:pPr>
              <w:keepNext/>
            </w:pPr>
            <w:r>
              <w:t>PRIMĂRIA COMUNEI SĂPOCA</w:t>
            </w:r>
          </w:p>
          <w:p w14:paraId="1E800E65" w14:textId="77777777" w:rsidR="00D06E85" w:rsidRDefault="00D06E85">
            <w:pPr>
              <w:keepNext/>
            </w:pP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77777777" w:rsidR="00D06E85" w:rsidRPr="00F146C8" w:rsidRDefault="00D06E85">
            <w:pPr>
              <w:keepNext/>
              <w:rPr>
                <w:lang w:val="fr-FR"/>
              </w:rPr>
            </w:pPr>
            <w:r>
              <w:t>3662487</w:t>
            </w:r>
          </w:p>
        </w:tc>
        <w:tc>
          <w:tcPr>
            <w:tcW w:w="5621" w:type="dxa"/>
            <w:gridSpan w:val="2"/>
            <w:shd w:val="clear" w:color="auto" w:fill="F0F0F0"/>
          </w:tcPr>
          <w:p w14:paraId="2FE3433C" w14:textId="77777777" w:rsidR="00D06E85" w:rsidRDefault="00000000">
            <w:pPr>
              <w:keepNext/>
            </w:pPr>
            <w:r>
              <w:t>Adresa</w:t>
            </w:r>
          </w:p>
          <w:p w14:paraId="3C972C04" w14:textId="77777777" w:rsidR="00D06E85" w:rsidRDefault="00000000">
            <w:pPr>
              <w:keepNext/>
            </w:pPr>
            <w:r>
              <w:t>Comuna Săpoca, sat Săpoca nr.121, judeţul Buzău, cod 127540</w:t>
            </w:r>
          </w:p>
          <w:p w14:paraId="0E80596B" w14:textId="77777777" w:rsidR="00D06E85" w:rsidRDefault="00D06E85">
            <w:pPr>
              <w:keepNext/>
            </w:pPr>
            <w:r>
              <w:t>Tel./Fax: 0238508144/0238508479; E-mail: primariasapocabz@gmail.com</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se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5A6F4" w14:textId="77777777" w:rsidR="00424DBA" w:rsidRDefault="00424DBA">
      <w:r>
        <w:separator/>
      </w:r>
    </w:p>
  </w:endnote>
  <w:endnote w:type="continuationSeparator" w:id="0">
    <w:p w14:paraId="659ED2DE" w14:textId="77777777" w:rsidR="00424DBA" w:rsidRDefault="0042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5445" w14:textId="77777777" w:rsidR="00424DBA" w:rsidRDefault="00424DBA">
      <w:r>
        <w:separator/>
      </w:r>
    </w:p>
  </w:footnote>
  <w:footnote w:type="continuationSeparator" w:id="0">
    <w:p w14:paraId="15F6225D" w14:textId="77777777" w:rsidR="00424DBA" w:rsidRDefault="00424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DBA"/>
    <w:rsid w:val="006C103E"/>
    <w:rsid w:val="00AA1D8D"/>
    <w:rsid w:val="00B23FEC"/>
    <w:rsid w:val="00B47730"/>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734</Words>
  <Characters>4188</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2026-08-24T14:59:00Z</dcterms:modified>
  <cp:category/>
</cp:coreProperties>
</file>