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E1635" w14:paraId="4C68BCA7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73C7D55" w14:textId="77777777" w:rsidR="001E16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6A0FA0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8A49159" w14:textId="77777777" w:rsidR="001E1635" w:rsidRDefault="001E1635">
            <w:pPr>
              <w:keepNext/>
            </w:pPr>
            <w:r>
              <w:t>BUZĂU</w:t>
            </w:r>
          </w:p>
        </w:tc>
      </w:tr>
      <w:tr w:rsidR="001E1635" w14:paraId="51C0757A" w14:textId="77777777">
        <w:trPr>
          <w:cantSplit/>
          <w:trHeight w:val="510"/>
        </w:trPr>
        <w:tc>
          <w:tcPr>
            <w:tcW w:w="1606" w:type="dxa"/>
            <w:vMerge/>
          </w:tcPr>
          <w:p w14:paraId="691A2AC8" w14:textId="77777777" w:rsidR="001E1635" w:rsidRDefault="001E1635"/>
        </w:tc>
        <w:tc>
          <w:tcPr>
            <w:tcW w:w="8030" w:type="dxa"/>
            <w:gridSpan w:val="3"/>
            <w:shd w:val="clear" w:color="auto" w:fill="F0F0F0"/>
          </w:tcPr>
          <w:p w14:paraId="2BE82BE0" w14:textId="77777777" w:rsidR="001E1635" w:rsidRDefault="00000000">
            <w:pPr>
              <w:keepNext/>
            </w:pPr>
            <w:r>
              <w:t>PRIMĂRIA COMUNEI SĂPOCA</w:t>
            </w:r>
          </w:p>
          <w:p w14:paraId="04E7F576" w14:textId="77777777" w:rsidR="001E1635" w:rsidRDefault="001E1635">
            <w:pPr>
              <w:keepNext/>
            </w:pPr>
          </w:p>
        </w:tc>
      </w:tr>
      <w:tr w:rsidR="001E1635" w14:paraId="2631F304" w14:textId="77777777">
        <w:trPr>
          <w:cantSplit/>
          <w:trHeight w:val="510"/>
        </w:trPr>
        <w:tc>
          <w:tcPr>
            <w:tcW w:w="1606" w:type="dxa"/>
            <w:vMerge/>
          </w:tcPr>
          <w:p w14:paraId="5F679958" w14:textId="77777777" w:rsidR="001E1635" w:rsidRDefault="001E1635"/>
        </w:tc>
        <w:tc>
          <w:tcPr>
            <w:tcW w:w="2409" w:type="dxa"/>
            <w:shd w:val="clear" w:color="auto" w:fill="F0F0F0"/>
          </w:tcPr>
          <w:p w14:paraId="24729E83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77777777" w:rsidR="001E1635" w:rsidRPr="006257CA" w:rsidRDefault="001E1635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6968D6" w14:textId="77777777" w:rsidR="001E1635" w:rsidRDefault="00000000">
            <w:pPr>
              <w:keepNext/>
            </w:pPr>
            <w:r>
              <w:t>Adresa</w:t>
            </w:r>
          </w:p>
          <w:p w14:paraId="23E7CCD6" w14:textId="77777777" w:rsidR="001E1635" w:rsidRDefault="00000000">
            <w:pPr>
              <w:keepNext/>
            </w:pPr>
            <w:r>
              <w:t>Comuna Săpoca, sat Săpoca nr.121, judeţul Buzău, cod 127540</w:t>
            </w:r>
          </w:p>
          <w:p w14:paraId="0EA9E139" w14:textId="77777777" w:rsidR="001E1635" w:rsidRDefault="001E1635">
            <w:pPr>
              <w:keepNext/>
            </w:pPr>
            <w:r>
              <w:t>Tel./Fax: 0238508144/0238508479; E-mail: primariasapocabz@gmail.com</w:t>
            </w:r>
          </w:p>
        </w:tc>
      </w:tr>
      <w:tr w:rsidR="001E1635" w14:paraId="0E65AED2" w14:textId="77777777">
        <w:trPr>
          <w:cantSplit/>
          <w:trHeight w:val="510"/>
        </w:trPr>
        <w:tc>
          <w:tcPr>
            <w:tcW w:w="1606" w:type="dxa"/>
            <w:vMerge/>
          </w:tcPr>
          <w:p w14:paraId="6544B9D7" w14:textId="77777777" w:rsidR="001E1635" w:rsidRDefault="001E1635"/>
        </w:tc>
        <w:tc>
          <w:tcPr>
            <w:tcW w:w="4818" w:type="dxa"/>
            <w:gridSpan w:val="2"/>
            <w:shd w:val="clear" w:color="auto" w:fill="F0F0F0"/>
          </w:tcPr>
          <w:p w14:paraId="189A61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prin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3A607" w14:textId="77777777" w:rsidR="009D782F" w:rsidRDefault="009D782F">
      <w:r>
        <w:separator/>
      </w:r>
    </w:p>
  </w:endnote>
  <w:endnote w:type="continuationSeparator" w:id="0">
    <w:p w14:paraId="4FF4DC6C" w14:textId="77777777" w:rsidR="009D782F" w:rsidRDefault="009D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Subsol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66418" w14:textId="77777777" w:rsidR="009D782F" w:rsidRDefault="009D782F">
      <w:r>
        <w:separator/>
      </w:r>
    </w:p>
  </w:footnote>
  <w:footnote w:type="continuationSeparator" w:id="0">
    <w:p w14:paraId="41539459" w14:textId="77777777" w:rsidR="009D782F" w:rsidRDefault="009D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6257CA"/>
    <w:rsid w:val="006C103E"/>
    <w:rsid w:val="009D782F"/>
    <w:rsid w:val="00A37FAC"/>
    <w:rsid w:val="00AA1D8D"/>
    <w:rsid w:val="00AC5F99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314</Words>
  <Characters>1795</Characters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2026-08-24T14:45:00Z</dcterms:modified>
  <cp:category/>
</cp:coreProperties>
</file>