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SĂPOCA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Comuna Săpoca, sat Săpoca nr.121, judeţul Buzău, cod 127540</w:t>
            </w:r>
          </w:p>
          <w:p w14:paraId="45055487" w14:textId="77777777" w:rsidR="003C7CA3" w:rsidRDefault="003C7CA3">
            <w:pPr>
              <w:keepNext/>
            </w:pPr>
            <w:r>
              <w:t>Tel./Fax: 0238508144/0238508479; E-mail: primariasapocabz@gmail.com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