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85C0B" w14:paraId="519B4AD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A88CE79" w14:textId="77777777" w:rsidR="00C85C0B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D65C390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40C295B" w14:textId="77777777" w:rsidR="00C85C0B" w:rsidRDefault="00C85C0B">
            <w:pPr>
              <w:keepNext/>
            </w:pPr>
            <w:r>
              <w:t>BUZĂU</w:t>
            </w:r>
          </w:p>
        </w:tc>
      </w:tr>
      <w:tr w:rsidR="00C85C0B" w14:paraId="0ACFA7D3" w14:textId="77777777">
        <w:trPr>
          <w:cantSplit/>
          <w:trHeight w:val="510"/>
        </w:trPr>
        <w:tc>
          <w:tcPr>
            <w:tcW w:w="1606" w:type="dxa"/>
            <w:vMerge/>
          </w:tcPr>
          <w:p w14:paraId="4D922E0F" w14:textId="77777777" w:rsidR="00C85C0B" w:rsidRDefault="00C85C0B"/>
        </w:tc>
        <w:tc>
          <w:tcPr>
            <w:tcW w:w="8030" w:type="dxa"/>
            <w:gridSpan w:val="3"/>
            <w:shd w:val="clear" w:color="auto" w:fill="F0F0F0"/>
          </w:tcPr>
          <w:p w14:paraId="7BFDD222" w14:textId="77777777" w:rsidR="00C85C0B" w:rsidRDefault="00000000">
            <w:pPr>
              <w:keepNext/>
            </w:pPr>
            <w:r>
              <w:t>PRIMĂRIA COMUNEI SĂPOCA</w:t>
            </w:r>
          </w:p>
          <w:p w14:paraId="537356A4" w14:textId="77777777" w:rsidR="00C85C0B" w:rsidRDefault="00C85C0B">
            <w:pPr>
              <w:keepNext/>
            </w:pPr>
          </w:p>
        </w:tc>
      </w:tr>
      <w:tr w:rsidR="00C85C0B" w14:paraId="06B81FB7" w14:textId="77777777">
        <w:trPr>
          <w:cantSplit/>
          <w:trHeight w:val="510"/>
        </w:trPr>
        <w:tc>
          <w:tcPr>
            <w:tcW w:w="1606" w:type="dxa"/>
            <w:vMerge/>
          </w:tcPr>
          <w:p w14:paraId="5B65FFC0" w14:textId="77777777" w:rsidR="00C85C0B" w:rsidRDefault="00C85C0B"/>
        </w:tc>
        <w:tc>
          <w:tcPr>
            <w:tcW w:w="2409" w:type="dxa"/>
            <w:shd w:val="clear" w:color="auto" w:fill="F0F0F0"/>
          </w:tcPr>
          <w:p w14:paraId="73114822" w14:textId="77777777" w:rsidR="00C85C0B" w:rsidRPr="00150E80" w:rsidRDefault="00000000">
            <w:pPr>
              <w:keepNext/>
              <w:rPr>
                <w:lang w:val="fr-FR"/>
              </w:rPr>
            </w:pPr>
            <w:r w:rsidRPr="00150E80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(CIF)</w:t>
            </w:r>
          </w:p>
          <w:p w14:paraId="790922F4" w14:textId="77777777" w:rsidR="00C85C0B" w:rsidRPr="00150E80" w:rsidRDefault="00C85C0B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E8EEC57" w14:textId="77777777" w:rsidR="00C85C0B" w:rsidRDefault="00000000">
            <w:pPr>
              <w:keepNext/>
            </w:pPr>
            <w:r>
              <w:t>Adresa</w:t>
            </w:r>
          </w:p>
          <w:p w14:paraId="7C0DAFA0" w14:textId="77777777" w:rsidR="00C85C0B" w:rsidRDefault="00000000">
            <w:pPr>
              <w:keepNext/>
            </w:pPr>
            <w:r>
              <w:t>Comuna Săpoca, sat Săpoca nr.121, judeţul Buzău, cod 127540</w:t>
            </w:r>
          </w:p>
          <w:p w14:paraId="34178E3A" w14:textId="77777777" w:rsidR="00C85C0B" w:rsidRDefault="00C85C0B">
            <w:pPr>
              <w:keepNext/>
            </w:pPr>
            <w:r>
              <w:t>Tel./Fax: 0238508144/0238508479; E-mail: primariasapocabz@gmail.com</w:t>
            </w:r>
          </w:p>
        </w:tc>
      </w:tr>
      <w:tr w:rsidR="00C85C0B" w14:paraId="024C8C88" w14:textId="77777777">
        <w:trPr>
          <w:cantSplit/>
          <w:trHeight w:val="510"/>
        </w:trPr>
        <w:tc>
          <w:tcPr>
            <w:tcW w:w="1606" w:type="dxa"/>
            <w:vMerge/>
          </w:tcPr>
          <w:p w14:paraId="60A55E62" w14:textId="77777777" w:rsidR="00C85C0B" w:rsidRDefault="00C85C0B"/>
        </w:tc>
        <w:tc>
          <w:tcPr>
            <w:tcW w:w="4818" w:type="dxa"/>
            <w:gridSpan w:val="2"/>
            <w:shd w:val="clear" w:color="auto" w:fill="F0F0F0"/>
          </w:tcPr>
          <w:p w14:paraId="4322CA91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8C1E4E9" w14:textId="77777777" w:rsidR="00C85C0B" w:rsidRDefault="00C85C0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177760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EF75A35" w14:textId="77777777" w:rsidR="00C85C0B" w:rsidRDefault="00C85C0B">
            <w:pPr>
              <w:keepNext/>
            </w:pPr>
          </w:p>
        </w:tc>
      </w:tr>
      <w:tr w:rsidR="00C85C0B" w:rsidRPr="003A7070" w14:paraId="25CEB233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DB7F8C0" w14:textId="77777777" w:rsidR="00C85C0B" w:rsidRPr="00150E80" w:rsidRDefault="00000000">
            <w:pPr>
              <w:rPr>
                <w:lang w:val="fr-FR"/>
              </w:rPr>
            </w:pPr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150E80">
              <w:rPr>
                <w:i/>
                <w:color w:val="595959"/>
                <w:lang w:val="fr-FR"/>
              </w:rPr>
              <w:t>se</w:t>
            </w:r>
            <w:proofErr w:type="gram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scrie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în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000000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p w14:paraId="279D8DA9" w14:textId="77777777" w:rsidR="00C85C0B" w:rsidRDefault="00C85C0B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1E6056" w14:textId="77777777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comunei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sector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3662B31C" w14:textId="77777777"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orașului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000000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000000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000000"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2D6D470D" w14:textId="77777777" w:rsidR="00C85C0B" w:rsidRDefault="00000000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r>
              <w:t xml:space="preserve">Legea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formular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000000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AB84D" w14:textId="77777777" w:rsidR="000D449B" w:rsidRDefault="000D449B">
      <w:r>
        <w:separator/>
      </w:r>
    </w:p>
  </w:endnote>
  <w:endnote w:type="continuationSeparator" w:id="0">
    <w:p w14:paraId="7692577C" w14:textId="77777777" w:rsidR="000D449B" w:rsidRDefault="000D4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000000">
    <w:pPr>
      <w:pStyle w:val="Subsol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39305" w14:textId="77777777" w:rsidR="000D449B" w:rsidRDefault="000D449B">
      <w:r>
        <w:separator/>
      </w:r>
    </w:p>
  </w:footnote>
  <w:footnote w:type="continuationSeparator" w:id="0">
    <w:p w14:paraId="68B695EC" w14:textId="77777777" w:rsidR="000D449B" w:rsidRDefault="000D4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449B"/>
    <w:rsid w:val="0015074B"/>
    <w:rsid w:val="00150E80"/>
    <w:rsid w:val="00210834"/>
    <w:rsid w:val="0029639D"/>
    <w:rsid w:val="00326F90"/>
    <w:rsid w:val="003A7070"/>
    <w:rsid w:val="003F0F62"/>
    <w:rsid w:val="005C02E4"/>
    <w:rsid w:val="00A81951"/>
    <w:rsid w:val="00AA1D8D"/>
    <w:rsid w:val="00B47730"/>
    <w:rsid w:val="00B94163"/>
    <w:rsid w:val="00C85C0B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2026-10-06T16:57:00Z</dcterms:created>
  <dcterms:modified xsi:type="dcterms:W3CDTF">2026-10-06T16:57:00Z</dcterms:modified>
  <cp:category/>
</cp:coreProperties>
</file>