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1767" w14:paraId="21920A1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8039897" w14:textId="77777777" w:rsidR="009E176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D01D948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AF985E3" w14:textId="77777777" w:rsidR="009E1767" w:rsidRDefault="009E1767">
            <w:pPr>
              <w:keepNext/>
            </w:pPr>
            <w:r>
              <w:t>BUZĂU</w:t>
            </w:r>
          </w:p>
        </w:tc>
      </w:tr>
      <w:tr w:rsidR="009E1767" w14:paraId="5C3330FC" w14:textId="77777777">
        <w:trPr>
          <w:cantSplit/>
          <w:trHeight w:val="510"/>
        </w:trPr>
        <w:tc>
          <w:tcPr>
            <w:tcW w:w="1606" w:type="dxa"/>
            <w:vMerge/>
          </w:tcPr>
          <w:p w14:paraId="7A98F548" w14:textId="77777777" w:rsidR="009E1767" w:rsidRDefault="009E1767"/>
        </w:tc>
        <w:tc>
          <w:tcPr>
            <w:tcW w:w="8030" w:type="dxa"/>
            <w:gridSpan w:val="3"/>
          </w:tcPr>
          <w:p w14:paraId="5906B375" w14:textId="77777777" w:rsidR="009E1767" w:rsidRDefault="00000000">
            <w:pPr>
              <w:keepNext/>
            </w:pPr>
            <w:r>
              <w:t>PRIMĂRIA COMUNEI SĂPOCA</w:t>
            </w:r>
          </w:p>
          <w:p w14:paraId="711F6359" w14:textId="77777777" w:rsidR="009E1767" w:rsidRDefault="009E1767">
            <w:pPr>
              <w:keepNext/>
            </w:pPr>
          </w:p>
        </w:tc>
      </w:tr>
      <w:tr w:rsidR="009E1767" w14:paraId="611F6713" w14:textId="77777777">
        <w:trPr>
          <w:cantSplit/>
          <w:trHeight w:val="510"/>
        </w:trPr>
        <w:tc>
          <w:tcPr>
            <w:tcW w:w="1606" w:type="dxa"/>
            <w:vMerge/>
          </w:tcPr>
          <w:p w14:paraId="32EB23DE" w14:textId="77777777" w:rsidR="009E1767" w:rsidRDefault="009E1767"/>
        </w:tc>
        <w:tc>
          <w:tcPr>
            <w:tcW w:w="2409" w:type="dxa"/>
          </w:tcPr>
          <w:p w14:paraId="01CBB9D8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(CIF)</w:t>
            </w:r>
          </w:p>
          <w:p w14:paraId="7FA53DCD" w14:textId="77777777" w:rsidR="009E1767" w:rsidRPr="00DD1C8B" w:rsidRDefault="009E1767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0140D35F" w14:textId="77777777" w:rsidR="009E1767" w:rsidRDefault="00000000">
            <w:pPr>
              <w:keepNext/>
            </w:pPr>
            <w:r>
              <w:t>Adresa</w:t>
            </w:r>
          </w:p>
          <w:p w14:paraId="2EF98B4D" w14:textId="77777777" w:rsidR="009E1767" w:rsidRDefault="00000000">
            <w:pPr>
              <w:keepNext/>
            </w:pPr>
            <w:r>
              <w:t>Comuna Săpoca, sat Săpoca nr.121, judeţul Buzău, cod 127540</w:t>
            </w:r>
          </w:p>
          <w:p w14:paraId="3661CDC2" w14:textId="77777777" w:rsidR="009E1767" w:rsidRDefault="009E1767">
            <w:pPr>
              <w:keepNext/>
            </w:pPr>
            <w:r>
              <w:t>Tel./Fax: 0238508144/0238508479; E-mail: primariasapocabz@gmail.com</w:t>
            </w:r>
          </w:p>
        </w:tc>
      </w:tr>
      <w:tr w:rsidR="009E1767" w14:paraId="49E5823D" w14:textId="77777777">
        <w:trPr>
          <w:cantSplit/>
          <w:trHeight w:val="510"/>
        </w:trPr>
        <w:tc>
          <w:tcPr>
            <w:tcW w:w="1606" w:type="dxa"/>
            <w:vMerge/>
          </w:tcPr>
          <w:p w14:paraId="0CC23319" w14:textId="77777777" w:rsidR="009E1767" w:rsidRDefault="009E1767"/>
        </w:tc>
        <w:tc>
          <w:tcPr>
            <w:tcW w:w="4818" w:type="dxa"/>
            <w:gridSpan w:val="2"/>
          </w:tcPr>
          <w:p w14:paraId="112F0ED7" w14:textId="77777777" w:rsidR="009E176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5590FE4" w14:textId="77777777" w:rsidR="009E1767" w:rsidRDefault="009E1767"/>
        </w:tc>
        <w:tc>
          <w:tcPr>
            <w:tcW w:w="3212" w:type="dxa"/>
          </w:tcPr>
          <w:p w14:paraId="54C38A19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6C95CCFA" w14:textId="77777777" w:rsidR="009E1767" w:rsidRDefault="009E1767"/>
        </w:tc>
      </w:tr>
    </w:tbl>
    <w:p w14:paraId="04C23BE6" w14:textId="77777777" w:rsidR="009E1767" w:rsidRDefault="009E1767">
      <w:pPr>
        <w:spacing w:line="168" w:lineRule="auto"/>
      </w:pPr>
    </w:p>
    <w:p w14:paraId="2A80A2F3" w14:textId="77777777" w:rsidR="009E1767" w:rsidRPr="00FB3088" w:rsidRDefault="00000000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</w:p>
    <w:p w14:paraId="23F80731" w14:textId="77777777" w:rsidR="009E1767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împlinirea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termenului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stadiul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7D389E24" w14:textId="77777777" w:rsidR="009E1767" w:rsidRDefault="009E1767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E1767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A9C5CEF" w14:textId="77777777" w:rsidR="009E1767" w:rsidRDefault="009E1767">
            <w:pPr>
              <w:keepNext/>
            </w:pPr>
          </w:p>
        </w:tc>
        <w:tc>
          <w:tcPr>
            <w:tcW w:w="2409" w:type="dxa"/>
            <w:gridSpan w:val="2"/>
          </w:tcPr>
          <w:p w14:paraId="3BA62294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6F8954DD" w14:textId="77777777" w:rsidR="009E1767" w:rsidRDefault="009E1767">
            <w:pPr>
              <w:keepNext/>
            </w:pPr>
          </w:p>
        </w:tc>
        <w:tc>
          <w:tcPr>
            <w:tcW w:w="4818" w:type="dxa"/>
          </w:tcPr>
          <w:p w14:paraId="02899EF8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74A44D28" w14:textId="77777777" w:rsidR="009E1767" w:rsidRDefault="009E1767">
            <w:pPr>
              <w:keepNext/>
            </w:pPr>
          </w:p>
        </w:tc>
      </w:tr>
      <w:tr w:rsidR="009E1767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25200F93" w14:textId="77777777" w:rsidR="009E1767" w:rsidRDefault="009E1767"/>
        </w:tc>
        <w:tc>
          <w:tcPr>
            <w:tcW w:w="6424" w:type="dxa"/>
            <w:gridSpan w:val="2"/>
          </w:tcPr>
          <w:p w14:paraId="5A024C73" w14:textId="77777777" w:rsidR="009E1767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253BADA6" w14:textId="77777777" w:rsidR="009E1767" w:rsidRDefault="009E1767"/>
        </w:tc>
      </w:tr>
    </w:tbl>
    <w:p w14:paraId="6A22BBB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EXTRASUL</w:t>
            </w:r>
          </w:p>
        </w:tc>
      </w:tr>
      <w:tr w:rsidR="009E1767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sz w:val="16"/>
                <w:lang w:val="fr-FR"/>
              </w:rPr>
              <w:t xml:space="preserve">☐ </w:t>
            </w:r>
            <w:proofErr w:type="spellStart"/>
            <w:r w:rsidRPr="00DD1C8B">
              <w:rPr>
                <w:sz w:val="16"/>
                <w:lang w:val="fr-FR"/>
              </w:rPr>
              <w:t>termenul</w:t>
            </w:r>
            <w:proofErr w:type="spellEnd"/>
            <w:r w:rsidRPr="00DD1C8B">
              <w:rPr>
                <w:sz w:val="16"/>
                <w:lang w:val="fr-FR"/>
              </w:rPr>
              <w:t xml:space="preserve"> s-a </w:t>
            </w:r>
            <w:proofErr w:type="spellStart"/>
            <w:r w:rsidRPr="00DD1C8B">
              <w:rPr>
                <w:sz w:val="16"/>
                <w:lang w:val="fr-FR"/>
              </w:rPr>
              <w:t>împlinit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fără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solicitare</w:t>
            </w:r>
            <w:proofErr w:type="spellEnd"/>
            <w:r w:rsidRPr="00DD1C8B">
              <w:rPr>
                <w:sz w:val="16"/>
                <w:lang w:val="fr-FR"/>
              </w:rPr>
              <w:t xml:space="preserve"> de </w:t>
            </w:r>
            <w:proofErr w:type="spellStart"/>
            <w:r w:rsidRPr="00DD1C8B">
              <w:rPr>
                <w:sz w:val="16"/>
                <w:lang w:val="fr-FR"/>
              </w:rPr>
              <w:t>clarificări</w:t>
            </w:r>
            <w:proofErr w:type="spellEnd"/>
            <w:r w:rsidRPr="00DD1C8B">
              <w:rPr>
                <w:sz w:val="16"/>
                <w:lang w:val="fr-FR"/>
              </w:rPr>
              <w:t xml:space="preserve"> — </w:t>
            </w:r>
            <w:proofErr w:type="spellStart"/>
            <w:r w:rsidRPr="00DD1C8B">
              <w:rPr>
                <w:sz w:val="16"/>
                <w:lang w:val="fr-FR"/>
              </w:rPr>
              <w:t>lucrările</w:t>
            </w:r>
            <w:proofErr w:type="spellEnd"/>
            <w:r w:rsidRPr="00DD1C8B">
              <w:rPr>
                <w:sz w:val="16"/>
                <w:lang w:val="fr-FR"/>
              </w:rPr>
              <w:t xml:space="preserve"> POT ÎNCEPE (</w:t>
            </w:r>
            <w:proofErr w:type="spellStart"/>
            <w:r w:rsidRPr="00DD1C8B">
              <w:rPr>
                <w:sz w:val="16"/>
                <w:lang w:val="fr-FR"/>
              </w:rPr>
              <w:t>acord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tacit</w:t>
            </w:r>
            <w:proofErr w:type="spellEnd"/>
            <w:r w:rsidRPr="00DD1C8B">
              <w:rPr>
                <w:sz w:val="16"/>
                <w:lang w:val="fr-FR"/>
              </w:rPr>
              <w:t>)</w:t>
            </w:r>
          </w:p>
          <w:p w14:paraId="02C1F891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procedura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clarificare</w:t>
            </w:r>
            <w:proofErr w:type="spellEnd"/>
          </w:p>
          <w:p w14:paraId="66699450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</w:p>
          <w:p w14:paraId="7B6B9F65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notificarea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respinsă</w:t>
            </w:r>
            <w:proofErr w:type="spellEnd"/>
          </w:p>
        </w:tc>
      </w:tr>
      <w:tr w:rsidR="009E1767" w:rsidRPr="00FB308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550762A8" w14:textId="77777777" w:rsidR="009E1767" w:rsidRDefault="009E1767">
            <w:pPr>
              <w:keepNext/>
            </w:pPr>
          </w:p>
        </w:tc>
        <w:tc>
          <w:tcPr>
            <w:tcW w:w="5621" w:type="dxa"/>
          </w:tcPr>
          <w:p w14:paraId="1760A871" w14:textId="77777777" w:rsidR="009E1767" w:rsidRPr="00DD1C8B" w:rsidRDefault="00000000">
            <w:pPr>
              <w:keepNext/>
              <w:rPr>
                <w:lang w:val="fr-FR"/>
              </w:rPr>
            </w:pPr>
            <w:proofErr w:type="spellStart"/>
            <w:r w:rsidRPr="00DD1C8B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de 3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ani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pentru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realizarea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expiră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la</w:t>
            </w:r>
          </w:p>
          <w:p w14:paraId="722AAF9E" w14:textId="77777777" w:rsidR="009E1767" w:rsidRPr="00DD1C8B" w:rsidRDefault="009E1767">
            <w:pPr>
              <w:keepNext/>
              <w:rPr>
                <w:lang w:val="fr-FR"/>
              </w:rPr>
            </w:pPr>
          </w:p>
        </w:tc>
      </w:tr>
      <w:tr w:rsidR="009E1767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Default="00000000">
            <w:pPr>
              <w:spacing w:line="228" w:lineRule="auto"/>
            </w:pPr>
            <w:proofErr w:type="spellStart"/>
            <w:r>
              <w:t>Prezentul</w:t>
            </w:r>
            <w:proofErr w:type="spellEnd"/>
            <w:r>
              <w:t xml:space="preserve"> extras </w:t>
            </w:r>
            <w:proofErr w:type="spellStart"/>
            <w:r>
              <w:t>atestă</w:t>
            </w:r>
            <w:proofErr w:type="spellEnd"/>
            <w:r>
              <w:t xml:space="preserve"> </w:t>
            </w: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la data </w:t>
            </w:r>
            <w:proofErr w:type="spellStart"/>
            <w:r>
              <w:t>emiterii</w:t>
            </w:r>
            <w:proofErr w:type="spellEnd"/>
            <w:r>
              <w:t>.</w:t>
            </w:r>
          </w:p>
        </w:tc>
      </w:tr>
    </w:tbl>
    <w:p w14:paraId="5B6BE0C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E1767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4B8775E3" w14:textId="77777777" w:rsidR="009E1767" w:rsidRDefault="009E1767"/>
        </w:tc>
        <w:tc>
          <w:tcPr>
            <w:tcW w:w="2409" w:type="dxa"/>
          </w:tcPr>
          <w:p w14:paraId="26C26AC5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0B86D139" w14:textId="77777777" w:rsidR="009E1767" w:rsidRDefault="009E1767"/>
        </w:tc>
        <w:tc>
          <w:tcPr>
            <w:tcW w:w="1606" w:type="dxa"/>
          </w:tcPr>
          <w:p w14:paraId="1D50CF4B" w14:textId="77777777" w:rsidR="00DD1C8B" w:rsidRDefault="00DD1C8B" w:rsidP="00DD1C8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154063" w14:textId="57601D4C" w:rsidR="009E1767" w:rsidRDefault="009E1767"/>
          <w:p w14:paraId="2053F726" w14:textId="77777777" w:rsidR="009E1767" w:rsidRDefault="009E1767"/>
        </w:tc>
      </w:tr>
    </w:tbl>
    <w:p w14:paraId="576D74E6" w14:textId="77777777" w:rsidR="009E1767" w:rsidRDefault="009E1767">
      <w:pPr>
        <w:spacing w:line="168" w:lineRule="auto"/>
      </w:pPr>
    </w:p>
    <w:sectPr w:rsidR="009E1767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9D2F" w14:textId="77777777" w:rsidR="000E380B" w:rsidRDefault="000E380B">
      <w:r>
        <w:separator/>
      </w:r>
    </w:p>
  </w:endnote>
  <w:endnote w:type="continuationSeparator" w:id="0">
    <w:p w14:paraId="759F1AB7" w14:textId="77777777" w:rsidR="000E380B" w:rsidRDefault="000E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B6683" w14:textId="77777777" w:rsidR="000E380B" w:rsidRDefault="000E380B">
      <w:r>
        <w:separator/>
      </w:r>
    </w:p>
  </w:footnote>
  <w:footnote w:type="continuationSeparator" w:id="0">
    <w:p w14:paraId="4C8F9115" w14:textId="77777777" w:rsidR="000E380B" w:rsidRDefault="000E3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A51"/>
    <w:rsid w:val="000E380B"/>
    <w:rsid w:val="0015074B"/>
    <w:rsid w:val="0029639D"/>
    <w:rsid w:val="00326F90"/>
    <w:rsid w:val="006C103E"/>
    <w:rsid w:val="009E1767"/>
    <w:rsid w:val="00AA1D8D"/>
    <w:rsid w:val="00B47730"/>
    <w:rsid w:val="00CB0664"/>
    <w:rsid w:val="00CC297D"/>
    <w:rsid w:val="00DC4A9F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2026-10-06T16:55:00Z</dcterms:created>
  <dcterms:modified xsi:type="dcterms:W3CDTF">2026-10-06T16:55:00Z</dcterms:modified>
  <cp:category/>
</cp:coreProperties>
</file>