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769298"/>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769298"/>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SĂPOCA</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3662487</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Comuna Săpoca, sat Săpoca nr.121, judeţul Buzău, cod 127540</w:t>
            </w:r>
          </w:p>
          <w:p w14:paraId="67F49F8C" w14:textId="77777777" w:rsidR="0092490D" w:rsidRDefault="0092490D">
            <w:pPr>
              <w:keepNext/>
            </w:pPr>
            <w:r>
              <w:t>Tel./Fax: 0238508144/0238508479; E-mail: primariasapocabz@gmail.com</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