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D3A82" w14:paraId="06AF41C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1892120" w14:textId="77777777" w:rsidR="00DD3A82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24C89B46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EF98D51" w14:textId="77777777" w:rsidR="00DD3A82" w:rsidRDefault="00DD3A82">
            <w:pPr>
              <w:keepNext/>
            </w:pPr>
            <w:r>
              <w:t>BUZĂU</w:t>
            </w:r>
          </w:p>
        </w:tc>
      </w:tr>
      <w:tr w:rsidR="00DD3A82" w14:paraId="5B76870A" w14:textId="77777777">
        <w:trPr>
          <w:cantSplit/>
          <w:trHeight w:val="510"/>
        </w:trPr>
        <w:tc>
          <w:tcPr>
            <w:tcW w:w="1606" w:type="dxa"/>
            <w:vMerge/>
          </w:tcPr>
          <w:p w14:paraId="0C7C4C76" w14:textId="77777777" w:rsidR="00DD3A82" w:rsidRDefault="00DD3A82"/>
        </w:tc>
        <w:tc>
          <w:tcPr>
            <w:tcW w:w="8030" w:type="dxa"/>
            <w:gridSpan w:val="3"/>
          </w:tcPr>
          <w:p w14:paraId="178E0F6E" w14:textId="77777777" w:rsidR="00DD3A82" w:rsidRDefault="00000000">
            <w:pPr>
              <w:keepNext/>
            </w:pPr>
            <w:r>
              <w:t>PRIMĂRIA COMUNEI SĂPOCA</w:t>
            </w:r>
          </w:p>
          <w:p w14:paraId="3FF2AA28" w14:textId="77777777" w:rsidR="00DD3A82" w:rsidRDefault="00DD3A82">
            <w:pPr>
              <w:keepNext/>
            </w:pPr>
          </w:p>
        </w:tc>
      </w:tr>
      <w:tr w:rsidR="00DD3A82" w14:paraId="3BA2B968" w14:textId="77777777">
        <w:trPr>
          <w:cantSplit/>
          <w:trHeight w:val="510"/>
        </w:trPr>
        <w:tc>
          <w:tcPr>
            <w:tcW w:w="1606" w:type="dxa"/>
            <w:vMerge/>
          </w:tcPr>
          <w:p w14:paraId="6D27618C" w14:textId="77777777" w:rsidR="00DD3A82" w:rsidRDefault="00DD3A82"/>
        </w:tc>
        <w:tc>
          <w:tcPr>
            <w:tcW w:w="2409" w:type="dxa"/>
          </w:tcPr>
          <w:p w14:paraId="1AD62CAD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Cod de identificare fiscală (CIF)</w:t>
            </w:r>
          </w:p>
          <w:p w14:paraId="257CA338" w14:textId="77777777" w:rsidR="00DD3A82" w:rsidRPr="00243741" w:rsidRDefault="00DD3A82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</w:tcPr>
          <w:p w14:paraId="398E61ED" w14:textId="77777777" w:rsidR="00DD3A82" w:rsidRDefault="00000000">
            <w:pPr>
              <w:keepNext/>
            </w:pPr>
            <w:r>
              <w:t>Adresa</w:t>
            </w:r>
          </w:p>
          <w:p w14:paraId="264F9EFC" w14:textId="77777777" w:rsidR="00DD3A82" w:rsidRDefault="00000000">
            <w:pPr>
              <w:keepNext/>
            </w:pPr>
            <w:r>
              <w:t>Comuna Săpoca, sat Săpoca nr.121, judeţul Buzău, cod 127540</w:t>
            </w:r>
          </w:p>
          <w:p w14:paraId="5792F3E0" w14:textId="77777777" w:rsidR="00DD3A82" w:rsidRDefault="00DD3A82">
            <w:pPr>
              <w:keepNext/>
            </w:pPr>
            <w:r>
              <w:t>Tel./Fax: 0238508144/0238508479; E-mail: primariasapocabz@gmail.com</w:t>
            </w:r>
          </w:p>
        </w:tc>
      </w:tr>
      <w:tr w:rsidR="00DD3A82" w14:paraId="452A7EA6" w14:textId="77777777">
        <w:trPr>
          <w:cantSplit/>
          <w:trHeight w:val="510"/>
        </w:trPr>
        <w:tc>
          <w:tcPr>
            <w:tcW w:w="1606" w:type="dxa"/>
            <w:vMerge/>
          </w:tcPr>
          <w:p w14:paraId="6CAFAD3C" w14:textId="77777777" w:rsidR="00DD3A82" w:rsidRDefault="00DD3A82"/>
        </w:tc>
        <w:tc>
          <w:tcPr>
            <w:tcW w:w="4818" w:type="dxa"/>
            <w:gridSpan w:val="2"/>
          </w:tcPr>
          <w:p w14:paraId="2A95CA90" w14:textId="77777777" w:rsidR="00DD3A82" w:rsidRDefault="00000000">
            <w:r>
              <w:rPr>
                <w:b/>
                <w:color w:val="0D5F78"/>
              </w:rPr>
              <w:t>Nr. înregistrare</w:t>
            </w:r>
          </w:p>
          <w:p w14:paraId="4F88C237" w14:textId="77777777" w:rsidR="00DD3A82" w:rsidRDefault="00DD3A82"/>
        </w:tc>
        <w:tc>
          <w:tcPr>
            <w:tcW w:w="3212" w:type="dxa"/>
          </w:tcPr>
          <w:p w14:paraId="4C8F91E5" w14:textId="77777777" w:rsidR="00DD3A82" w:rsidRDefault="00000000">
            <w:r>
              <w:rPr>
                <w:b/>
                <w:color w:val="0D5F78"/>
              </w:rPr>
              <w:t>Data</w:t>
            </w:r>
          </w:p>
          <w:p w14:paraId="3ADCD6D5" w14:textId="77777777" w:rsidR="00DD3A82" w:rsidRDefault="00DD3A82"/>
        </w:tc>
      </w:tr>
    </w:tbl>
    <w:p w14:paraId="0A4974E8" w14:textId="77777777" w:rsidR="00DD3A82" w:rsidRDefault="00DD3A82">
      <w:pPr>
        <w:spacing w:line="168" w:lineRule="auto"/>
      </w:pPr>
    </w:p>
    <w:p w14:paraId="3F16B083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CERTIFICAT DE URBANISM DE INFORMARE</w:t>
      </w:r>
    </w:p>
    <w:p w14:paraId="647E6F53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DD3A82" w14:paraId="45C69E8E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181A5E8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DD3A82" w14:paraId="4D22797A" w14:textId="77777777">
        <w:trPr>
          <w:cantSplit/>
          <w:trHeight w:val="510"/>
        </w:trPr>
        <w:tc>
          <w:tcPr>
            <w:tcW w:w="2409" w:type="dxa"/>
          </w:tcPr>
          <w:p w14:paraId="6FBD8F4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562F04B0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64D3C90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2BD4CDE4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2"/>
          </w:tcPr>
          <w:p w14:paraId="1DEB7953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6D9A224B" w14:textId="77777777" w:rsidR="00DD3A82" w:rsidRDefault="00DD3A82">
            <w:pPr>
              <w:keepNext/>
            </w:pPr>
          </w:p>
        </w:tc>
      </w:tr>
      <w:tr w:rsidR="00DD3A82" w14:paraId="19FA479A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E9B1C41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Documentația de urbanism aplicabilă</w:t>
            </w:r>
          </w:p>
          <w:p w14:paraId="5F97C8C5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nr. / faza PUG · PUZ · PUD</w:t>
            </w:r>
          </w:p>
          <w:p w14:paraId="5CFE21A1" w14:textId="77777777" w:rsidR="00DD3A82" w:rsidRPr="00243741" w:rsidRDefault="00DD3A82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C5D0531" w14:textId="77777777" w:rsidR="00DD3A82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379CEB43" w14:textId="77777777" w:rsidR="00DD3A82" w:rsidRDefault="00DD3A82"/>
        </w:tc>
      </w:tr>
    </w:tbl>
    <w:p w14:paraId="3199A5C1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DD3A82" w14:paraId="260CF77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E78A98A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DD3A82" w14:paraId="3A3A39F1" w14:textId="77777777">
        <w:trPr>
          <w:cantSplit/>
        </w:trPr>
        <w:tc>
          <w:tcPr>
            <w:tcW w:w="9636" w:type="dxa"/>
            <w:gridSpan w:val="6"/>
          </w:tcPr>
          <w:p w14:paraId="5A7E4C19" w14:textId="77777777" w:rsidR="00DD3A8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DD3A82" w14:paraId="6FB854B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6CDAABD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7B1C0CD8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7E25A1C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4BCD52C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5B4AA62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9D58767" w14:textId="77777777" w:rsidR="00DD3A82" w:rsidRDefault="00DD3A82">
            <w:pPr>
              <w:keepNext/>
            </w:pPr>
          </w:p>
        </w:tc>
      </w:tr>
      <w:tr w:rsidR="00DD3A82" w14:paraId="6EB8BD06" w14:textId="77777777">
        <w:trPr>
          <w:cantSplit/>
          <w:trHeight w:val="510"/>
        </w:trPr>
        <w:tc>
          <w:tcPr>
            <w:tcW w:w="1606" w:type="dxa"/>
          </w:tcPr>
          <w:p w14:paraId="0D9678E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0A7EA09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3"/>
          </w:tcPr>
          <w:p w14:paraId="24CA521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0BCB2CC" w14:textId="77777777" w:rsidR="00DD3A82" w:rsidRDefault="00DD3A82">
            <w:pPr>
              <w:keepNext/>
            </w:pPr>
          </w:p>
        </w:tc>
        <w:tc>
          <w:tcPr>
            <w:tcW w:w="803" w:type="dxa"/>
          </w:tcPr>
          <w:p w14:paraId="6223FF8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A0F639F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5B6D8DD2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4E6A0EF" w14:textId="77777777" w:rsidR="00DD3A82" w:rsidRDefault="00DD3A82">
            <w:pPr>
              <w:keepNext/>
            </w:pPr>
          </w:p>
        </w:tc>
      </w:tr>
      <w:tr w:rsidR="00DD3A82" w14:paraId="621A56BC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03884F8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Număr cadastral</w:t>
            </w:r>
          </w:p>
          <w:p w14:paraId="5351E64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dacă imobilul e înscris în e-Terra</w:t>
            </w:r>
          </w:p>
          <w:p w14:paraId="07FAFC0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2A30C54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41CDB6B" w14:textId="77777777" w:rsidR="00DD3A82" w:rsidRDefault="00DD3A82">
            <w:pPr>
              <w:keepNext/>
            </w:pPr>
          </w:p>
        </w:tc>
      </w:tr>
    </w:tbl>
    <w:p w14:paraId="0738DB2A" w14:textId="77777777" w:rsidR="00DD3A82" w:rsidRDefault="00DD3A82">
      <w:pPr>
        <w:spacing w:line="168" w:lineRule="auto"/>
      </w:pPr>
    </w:p>
    <w:p w14:paraId="4B3ECC2E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432BCB6A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040B0AB" w14:textId="77777777">
        <w:trPr>
          <w:cantSplit/>
        </w:trPr>
        <w:tc>
          <w:tcPr>
            <w:tcW w:w="9636" w:type="dxa"/>
            <w:shd w:val="clear" w:color="auto" w:fill="F4F4F4"/>
          </w:tcPr>
          <w:p w14:paraId="02277F06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DD3A82" w14:paraId="64004D3F" w14:textId="77777777">
        <w:trPr>
          <w:cantSplit/>
        </w:trPr>
        <w:tc>
          <w:tcPr>
            <w:tcW w:w="9636" w:type="dxa"/>
          </w:tcPr>
          <w:p w14:paraId="0CC65F6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31469D4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7D0C82BB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7AA059E7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1ADA7BB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4A5E1F5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DD3A82" w:rsidRPr="005A0856" w14:paraId="24AEF213" w14:textId="77777777">
        <w:trPr>
          <w:cantSplit/>
        </w:trPr>
        <w:tc>
          <w:tcPr>
            <w:tcW w:w="8030" w:type="dxa"/>
            <w:shd w:val="clear" w:color="auto" w:fill="F4F4F4"/>
          </w:tcPr>
          <w:p w14:paraId="4AC85A11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0334286E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2FFA6C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13F86910" w14:textId="77777777">
        <w:trPr>
          <w:cantSplit/>
          <w:trHeight w:val="283"/>
        </w:trPr>
        <w:tc>
          <w:tcPr>
            <w:tcW w:w="8030" w:type="dxa"/>
          </w:tcPr>
          <w:p w14:paraId="6689871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5100E11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7FCB8460" w14:textId="77777777">
        <w:trPr>
          <w:cantSplit/>
          <w:trHeight w:val="283"/>
        </w:trPr>
        <w:tc>
          <w:tcPr>
            <w:tcW w:w="8030" w:type="dxa"/>
          </w:tcPr>
          <w:p w14:paraId="3BE337D8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6E239AE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7FA683F7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504CBD0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221A892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DD3A82" w:rsidRPr="005A0856" w14:paraId="7106509B" w14:textId="77777777">
        <w:trPr>
          <w:cantSplit/>
        </w:trPr>
        <w:tc>
          <w:tcPr>
            <w:tcW w:w="8030" w:type="dxa"/>
            <w:shd w:val="clear" w:color="auto" w:fill="F4F4F4"/>
          </w:tcPr>
          <w:p w14:paraId="2AFCCD8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3F64691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A1F622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3B18E8DD" w14:textId="77777777">
        <w:trPr>
          <w:cantSplit/>
          <w:trHeight w:val="283"/>
        </w:trPr>
        <w:tc>
          <w:tcPr>
            <w:tcW w:w="8030" w:type="dxa"/>
          </w:tcPr>
          <w:p w14:paraId="1A4F389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C3B542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209A816D" w14:textId="77777777">
        <w:trPr>
          <w:cantSplit/>
          <w:trHeight w:val="283"/>
        </w:trPr>
        <w:tc>
          <w:tcPr>
            <w:tcW w:w="8030" w:type="dxa"/>
          </w:tcPr>
          <w:p w14:paraId="45AA27D9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BC78733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57EA1953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39C821ED" w14:textId="77777777">
        <w:trPr>
          <w:cantSplit/>
        </w:trPr>
        <w:tc>
          <w:tcPr>
            <w:tcW w:w="9636" w:type="dxa"/>
            <w:shd w:val="clear" w:color="auto" w:fill="F4F4F4"/>
          </w:tcPr>
          <w:p w14:paraId="4ADA7505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DD3A82" w14:paraId="644B648C" w14:textId="77777777">
        <w:trPr>
          <w:cantSplit/>
        </w:trPr>
        <w:tc>
          <w:tcPr>
            <w:tcW w:w="9636" w:type="dxa"/>
          </w:tcPr>
          <w:p w14:paraId="4DCA4428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63A5A22C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B5D44A6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22AF1A2" w14:textId="77777777">
        <w:trPr>
          <w:cantSplit/>
        </w:trPr>
        <w:tc>
          <w:tcPr>
            <w:tcW w:w="9636" w:type="dxa"/>
            <w:shd w:val="clear" w:color="auto" w:fill="F4F4F4"/>
          </w:tcPr>
          <w:p w14:paraId="041F5C77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DD3A82" w14:paraId="562792D2" w14:textId="77777777">
        <w:trPr>
          <w:cantSplit/>
        </w:trPr>
        <w:tc>
          <w:tcPr>
            <w:tcW w:w="9636" w:type="dxa"/>
          </w:tcPr>
          <w:p w14:paraId="0484BABB" w14:textId="77777777" w:rsidR="00DD3A82" w:rsidRDefault="00000000">
            <w:r>
              <w:rPr>
                <w:sz w:val="16"/>
              </w:rPr>
              <w:t>☐ extras din sistemul GIS cu rețelele edilitare, după caz</w:t>
            </w:r>
          </w:p>
          <w:p w14:paraId="72FC5A78" w14:textId="77777777" w:rsidR="00DD3A82" w:rsidRDefault="00000000">
            <w:r>
              <w:rPr>
                <w:sz w:val="16"/>
              </w:rPr>
              <w:t>☐ plan de încadrare în documentația de urbanism aplicabilă, după caz</w:t>
            </w:r>
          </w:p>
        </w:tc>
      </w:tr>
    </w:tbl>
    <w:p w14:paraId="65A8D9C5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212"/>
        <w:gridCol w:w="4015"/>
      </w:tblGrid>
      <w:tr w:rsidR="00DD3A82" w14:paraId="293653D8" w14:textId="77777777" w:rsidTr="00243741">
        <w:trPr>
          <w:cantSplit/>
          <w:trHeight w:val="38"/>
        </w:trPr>
        <w:tc>
          <w:tcPr>
            <w:tcW w:w="9636" w:type="dxa"/>
            <w:gridSpan w:val="3"/>
            <w:shd w:val="clear" w:color="auto" w:fill="F4F4F4"/>
          </w:tcPr>
          <w:p w14:paraId="19B754A1" w14:textId="5B652CB9" w:rsidR="00DD3A82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A0856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DD3A82" w14:paraId="602E68D1" w14:textId="77777777">
        <w:trPr>
          <w:cantSplit/>
          <w:trHeight w:val="680"/>
        </w:trPr>
        <w:tc>
          <w:tcPr>
            <w:tcW w:w="9636" w:type="dxa"/>
            <w:gridSpan w:val="3"/>
          </w:tcPr>
          <w:p w14:paraId="243B5784" w14:textId="77777777" w:rsidR="00DD3A82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39938D3" w14:textId="77777777" w:rsidR="00DD3A82" w:rsidRDefault="00DD3A82">
            <w:pPr>
              <w:keepNext/>
              <w:spacing w:after="200"/>
            </w:pPr>
          </w:p>
          <w:p w14:paraId="7825B045" w14:textId="77777777" w:rsidR="00DD3A82" w:rsidRDefault="00DD3A82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8E83B0E" w14:textId="77777777" w:rsidR="00DD3A82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DD3A82" w:rsidRPr="005A0856" w14:paraId="56042AC8" w14:textId="77777777">
        <w:trPr>
          <w:cantSplit/>
          <w:trHeight w:val="510"/>
        </w:trPr>
        <w:tc>
          <w:tcPr>
            <w:tcW w:w="2409" w:type="dxa"/>
          </w:tcPr>
          <w:p w14:paraId="6F7806DE" w14:textId="77777777" w:rsidR="00DD3A82" w:rsidRDefault="00000000">
            <w:r>
              <w:rPr>
                <w:b/>
                <w:color w:val="0D5F78"/>
              </w:rPr>
              <w:t>Achitat taxa de (lei)</w:t>
            </w:r>
          </w:p>
          <w:p w14:paraId="6AAC76E5" w14:textId="77777777" w:rsidR="00DD3A82" w:rsidRDefault="00DD3A82"/>
        </w:tc>
        <w:tc>
          <w:tcPr>
            <w:tcW w:w="3212" w:type="dxa"/>
          </w:tcPr>
          <w:p w14:paraId="755A1FF5" w14:textId="77777777" w:rsidR="00DD3A82" w:rsidRDefault="00000000">
            <w:r>
              <w:rPr>
                <w:b/>
                <w:color w:val="0D5F78"/>
              </w:rPr>
              <w:t>Chitanța nr. / data</w:t>
            </w:r>
          </w:p>
          <w:p w14:paraId="1D88E202" w14:textId="77777777" w:rsidR="00DD3A82" w:rsidRDefault="00DD3A82"/>
        </w:tc>
        <w:tc>
          <w:tcPr>
            <w:tcW w:w="4015" w:type="dxa"/>
          </w:tcPr>
          <w:p w14:paraId="27531EB3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Transmis solicitantului la data</w:t>
            </w:r>
          </w:p>
          <w:p w14:paraId="3ACD86CE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direct / prin poștă / digital</w:t>
            </w:r>
          </w:p>
          <w:p w14:paraId="79B95523" w14:textId="77777777" w:rsidR="00DD3A82" w:rsidRPr="00243741" w:rsidRDefault="00DD3A82">
            <w:pPr>
              <w:rPr>
                <w:lang w:val="fr-FR"/>
              </w:rPr>
            </w:pPr>
          </w:p>
        </w:tc>
      </w:tr>
    </w:tbl>
    <w:p w14:paraId="78EA194A" w14:textId="77777777" w:rsidR="00DD3A82" w:rsidRPr="00243741" w:rsidRDefault="00DD3A82">
      <w:pPr>
        <w:spacing w:line="168" w:lineRule="auto"/>
        <w:rPr>
          <w:lang w:val="fr-FR"/>
        </w:rPr>
      </w:pPr>
    </w:p>
    <w:sectPr w:rsidR="00DD3A82" w:rsidRPr="002437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ACB0" w14:textId="77777777" w:rsidR="00414201" w:rsidRDefault="00414201">
      <w:r>
        <w:separator/>
      </w:r>
    </w:p>
  </w:endnote>
  <w:endnote w:type="continuationSeparator" w:id="0">
    <w:p w14:paraId="633FE896" w14:textId="77777777" w:rsidR="00414201" w:rsidRDefault="0041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8866" w14:textId="77777777" w:rsidR="00DD3A82" w:rsidRDefault="00000000">
    <w:pPr>
      <w:pStyle w:val="Subsol"/>
      <w:tabs>
        <w:tab w:val="right" w:pos="9639"/>
      </w:tabs>
    </w:pPr>
    <w:r>
      <w:rPr>
        <w:color w:val="595959"/>
      </w:rPr>
      <w:t>F_CU_05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74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74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106C" w14:textId="77777777" w:rsidR="00414201" w:rsidRDefault="00414201">
      <w:r>
        <w:separator/>
      </w:r>
    </w:p>
  </w:footnote>
  <w:footnote w:type="continuationSeparator" w:id="0">
    <w:p w14:paraId="1B4EF6F8" w14:textId="77777777" w:rsidR="00414201" w:rsidRDefault="00414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294050">
    <w:abstractNumId w:val="8"/>
  </w:num>
  <w:num w:numId="2" w16cid:durableId="1177189012">
    <w:abstractNumId w:val="6"/>
  </w:num>
  <w:num w:numId="3" w16cid:durableId="1050960297">
    <w:abstractNumId w:val="5"/>
  </w:num>
  <w:num w:numId="4" w16cid:durableId="872116732">
    <w:abstractNumId w:val="4"/>
  </w:num>
  <w:num w:numId="5" w16cid:durableId="1253315966">
    <w:abstractNumId w:val="7"/>
  </w:num>
  <w:num w:numId="6" w16cid:durableId="1397125055">
    <w:abstractNumId w:val="3"/>
  </w:num>
  <w:num w:numId="7" w16cid:durableId="969824586">
    <w:abstractNumId w:val="2"/>
  </w:num>
  <w:num w:numId="8" w16cid:durableId="1071386525">
    <w:abstractNumId w:val="1"/>
  </w:num>
  <w:num w:numId="9" w16cid:durableId="198300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741"/>
    <w:rsid w:val="0029639D"/>
    <w:rsid w:val="002D094A"/>
    <w:rsid w:val="00326F90"/>
    <w:rsid w:val="00414201"/>
    <w:rsid w:val="005A0856"/>
    <w:rsid w:val="006C103E"/>
    <w:rsid w:val="00AA1D8D"/>
    <w:rsid w:val="00B47730"/>
    <w:rsid w:val="00C858A9"/>
    <w:rsid w:val="00CB0664"/>
    <w:rsid w:val="00DD3A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1877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1054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