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773BA" w14:paraId="04181AA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F004190" w14:textId="77777777" w:rsidR="005773BA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7E008F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8C54C97" w14:textId="77777777" w:rsidR="005773BA" w:rsidRDefault="005773BA">
            <w:pPr>
              <w:keepNext/>
            </w:pPr>
            <w:r>
              <w:t>BUZĂU</w:t>
            </w:r>
          </w:p>
        </w:tc>
      </w:tr>
      <w:tr w:rsidR="005773BA" w14:paraId="67AD0A93" w14:textId="77777777">
        <w:trPr>
          <w:cantSplit/>
          <w:trHeight w:val="510"/>
        </w:trPr>
        <w:tc>
          <w:tcPr>
            <w:tcW w:w="1606" w:type="dxa"/>
            <w:vMerge/>
          </w:tcPr>
          <w:p w14:paraId="2BC3D57C" w14:textId="77777777" w:rsidR="005773BA" w:rsidRDefault="005773BA"/>
        </w:tc>
        <w:tc>
          <w:tcPr>
            <w:tcW w:w="8030" w:type="dxa"/>
            <w:gridSpan w:val="3"/>
          </w:tcPr>
          <w:p w14:paraId="12E1B4D7" w14:textId="77777777" w:rsidR="005773BA" w:rsidRDefault="00000000">
            <w:pPr>
              <w:keepNext/>
            </w:pPr>
            <w:r>
              <w:t>PRIMĂRIA COMUNEI SĂPOCA</w:t>
            </w:r>
          </w:p>
          <w:p w14:paraId="77E357D2" w14:textId="77777777" w:rsidR="005773BA" w:rsidRDefault="005773BA">
            <w:pPr>
              <w:keepNext/>
            </w:pPr>
          </w:p>
        </w:tc>
      </w:tr>
      <w:tr w:rsidR="005773BA" w14:paraId="5A1EF5A1" w14:textId="77777777">
        <w:trPr>
          <w:cantSplit/>
          <w:trHeight w:val="510"/>
        </w:trPr>
        <w:tc>
          <w:tcPr>
            <w:tcW w:w="1606" w:type="dxa"/>
            <w:vMerge/>
          </w:tcPr>
          <w:p w14:paraId="747B89D5" w14:textId="77777777" w:rsidR="005773BA" w:rsidRDefault="005773BA"/>
        </w:tc>
        <w:tc>
          <w:tcPr>
            <w:tcW w:w="2409" w:type="dxa"/>
          </w:tcPr>
          <w:p w14:paraId="4263A7D1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429C516" w14:textId="77777777" w:rsidR="005773BA" w:rsidRPr="00D20322" w:rsidRDefault="005773BA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517A8D65" w14:textId="77777777" w:rsidR="005773BA" w:rsidRDefault="00000000">
            <w:pPr>
              <w:keepNext/>
            </w:pPr>
            <w:r>
              <w:t>Adresa</w:t>
            </w:r>
          </w:p>
          <w:p w14:paraId="658F4291" w14:textId="77777777" w:rsidR="005773BA" w:rsidRDefault="00000000">
            <w:pPr>
              <w:keepNext/>
            </w:pPr>
            <w:r>
              <w:t>Comuna Săpoca, sat Săpoca nr.121, judeţul Buzău, cod 127540</w:t>
            </w:r>
          </w:p>
          <w:p w14:paraId="43F99D93" w14:textId="77777777" w:rsidR="005773BA" w:rsidRDefault="005773BA">
            <w:pPr>
              <w:keepNext/>
            </w:pPr>
            <w:r>
              <w:t>Tel./Fax: 0238508144/0238508479; E-mail: primariasapocabz@gmail.com</w:t>
            </w:r>
          </w:p>
        </w:tc>
      </w:tr>
      <w:tr w:rsidR="005773BA" w14:paraId="48FEAFFB" w14:textId="77777777">
        <w:trPr>
          <w:cantSplit/>
          <w:trHeight w:val="510"/>
        </w:trPr>
        <w:tc>
          <w:tcPr>
            <w:tcW w:w="1606" w:type="dxa"/>
            <w:vMerge/>
          </w:tcPr>
          <w:p w14:paraId="70C20A89" w14:textId="77777777" w:rsidR="005773BA" w:rsidRDefault="005773BA"/>
        </w:tc>
        <w:tc>
          <w:tcPr>
            <w:tcW w:w="4818" w:type="dxa"/>
            <w:gridSpan w:val="2"/>
          </w:tcPr>
          <w:p w14:paraId="5F1B1CEF" w14:textId="77777777" w:rsidR="005773BA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E31DDB5" w14:textId="77777777" w:rsidR="005773BA" w:rsidRDefault="005773BA"/>
        </w:tc>
        <w:tc>
          <w:tcPr>
            <w:tcW w:w="3212" w:type="dxa"/>
          </w:tcPr>
          <w:p w14:paraId="4A133D46" w14:textId="77777777" w:rsidR="005773BA" w:rsidRDefault="00000000">
            <w:r>
              <w:rPr>
                <w:b/>
                <w:color w:val="0D5F78"/>
              </w:rPr>
              <w:t>Data</w:t>
            </w:r>
          </w:p>
          <w:p w14:paraId="5F227C12" w14:textId="77777777" w:rsidR="005773BA" w:rsidRDefault="005773BA"/>
        </w:tc>
      </w:tr>
    </w:tbl>
    <w:p w14:paraId="6DB20A2C" w14:textId="77777777" w:rsidR="005773BA" w:rsidRDefault="005773BA">
      <w:pPr>
        <w:spacing w:line="168" w:lineRule="auto"/>
      </w:pPr>
    </w:p>
    <w:p w14:paraId="623D1997" w14:textId="77777777" w:rsidR="005773BA" w:rsidRPr="009D356B" w:rsidRDefault="00000000">
      <w:pPr>
        <w:spacing w:before="140" w:after="40"/>
        <w:jc w:val="center"/>
        <w:rPr>
          <w:sz w:val="28"/>
          <w:szCs w:val="28"/>
        </w:rPr>
      </w:pPr>
      <w:r w:rsidRPr="009D356B">
        <w:rPr>
          <w:b/>
          <w:sz w:val="28"/>
          <w:szCs w:val="28"/>
        </w:rPr>
        <w:t>CERTIFICAT DE URBANISM</w:t>
      </w:r>
    </w:p>
    <w:p w14:paraId="5D0BAD5D" w14:textId="4E3C99F3" w:rsidR="005773BA" w:rsidRPr="009D356B" w:rsidRDefault="004D46A7">
      <w:pPr>
        <w:spacing w:before="140" w:after="40"/>
        <w:jc w:val="center"/>
        <w:rPr>
          <w:sz w:val="28"/>
          <w:szCs w:val="28"/>
        </w:rPr>
      </w:pPr>
      <w:proofErr w:type="spellStart"/>
      <w:r w:rsidRPr="009D356B">
        <w:rPr>
          <w:b/>
          <w:sz w:val="28"/>
          <w:szCs w:val="28"/>
        </w:rPr>
        <w:t>pentru</w:t>
      </w:r>
      <w:proofErr w:type="spellEnd"/>
    </w:p>
    <w:p w14:paraId="192345F0" w14:textId="1219F29B" w:rsidR="00D20322" w:rsidRPr="009D356B" w:rsidRDefault="00B13273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9D356B">
        <w:rPr>
          <w:b/>
          <w:sz w:val="28"/>
          <w:szCs w:val="28"/>
        </w:rPr>
        <w:t xml:space="preserve">ONSTRUIRE / </w:t>
      </w:r>
      <w:r w:rsidRPr="009D356B">
        <w:rPr>
          <w:sz w:val="28"/>
          <w:szCs w:val="28"/>
        </w:rPr>
        <w:t xml:space="preserve">☐ </w:t>
      </w:r>
      <w:r>
        <w:rPr>
          <w:b/>
          <w:sz w:val="28"/>
          <w:szCs w:val="28"/>
        </w:rPr>
        <w:t>D</w:t>
      </w:r>
      <w:r w:rsidRPr="009D356B">
        <w:rPr>
          <w:b/>
          <w:sz w:val="28"/>
          <w:szCs w:val="28"/>
        </w:rPr>
        <w:t xml:space="preserve">ESFIINȚARE </w:t>
      </w:r>
    </w:p>
    <w:p w14:paraId="2406BE20" w14:textId="3703CB52" w:rsidR="005773BA" w:rsidRPr="004D46A7" w:rsidRDefault="004D46A7" w:rsidP="004D46A7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 xml:space="preserve">☐ </w:t>
      </w:r>
      <w:proofErr w:type="spellStart"/>
      <w:r w:rsidRPr="009D356B">
        <w:rPr>
          <w:b/>
          <w:sz w:val="28"/>
          <w:szCs w:val="28"/>
        </w:rPr>
        <w:t>clădiri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și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amenajări</w:t>
      </w:r>
      <w:proofErr w:type="spellEnd"/>
      <w:r w:rsidRPr="009D356B"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 w:rsidRPr="009D356B">
        <w:rPr>
          <w:b/>
          <w:sz w:val="28"/>
          <w:szCs w:val="28"/>
        </w:rPr>
        <w:t>construcții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speciale</w:t>
      </w:r>
      <w:proofErr w:type="spellEnd"/>
      <w:r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>
        <w:rPr>
          <w:b/>
          <w:sz w:val="28"/>
          <w:szCs w:val="28"/>
        </w:rPr>
        <w:t>lucrări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inginerești</w:t>
      </w:r>
      <w:proofErr w:type="spellEnd"/>
    </w:p>
    <w:p w14:paraId="4B4DAE0F" w14:textId="77777777" w:rsidR="00A3488E" w:rsidRPr="005D059C" w:rsidRDefault="00A3488E" w:rsidP="00A3488E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A3488E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A3488E" w:rsidRDefault="00A3488E" w:rsidP="00C245EC">
            <w:pPr>
              <w:keepNext/>
            </w:pPr>
            <w:r w:rsidRPr="005D059C">
              <w:rPr>
                <w:b/>
                <w:sz w:val="16"/>
              </w:rPr>
              <w:t xml:space="preserve"> </w:t>
            </w:r>
            <w:r w:rsidRPr="00A3488E">
              <w:rPr>
                <w:b/>
                <w:sz w:val="16"/>
              </w:rPr>
              <w:t xml:space="preserve">1. </w:t>
            </w:r>
            <w:r w:rsidRPr="00A3488E">
              <w:rPr>
                <w:b/>
                <w:color w:val="000000"/>
                <w:sz w:val="18"/>
              </w:rPr>
              <w:t>ÎN VEDEREA REALIZĂRII OBIECTIVULUI D</w:t>
            </w:r>
            <w:r>
              <w:rPr>
                <w:b/>
                <w:color w:val="000000"/>
                <w:sz w:val="18"/>
              </w:rPr>
              <w:t>E INVESTIȚII</w:t>
            </w:r>
          </w:p>
        </w:tc>
      </w:tr>
      <w:tr w:rsidR="00A3488E" w:rsidRPr="00A3488E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A3488E" w:rsidRDefault="005773BA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Default="00000000">
            <w:pPr>
              <w:keepNext/>
            </w:pPr>
            <w:r w:rsidRPr="00A3488E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5773BA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2B09F17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0CD41B43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0268E04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2"/>
          </w:tcPr>
          <w:p w14:paraId="2222FD88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33650839" w14:textId="77777777" w:rsidR="005773BA" w:rsidRDefault="005773BA">
            <w:pPr>
              <w:keepNext/>
            </w:pPr>
          </w:p>
        </w:tc>
      </w:tr>
      <w:tr w:rsidR="005773BA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DE7FCFF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nr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faza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27E19B21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5090853" w14:textId="77777777" w:rsidR="005773BA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9108A2" w14:textId="77777777" w:rsidR="005773BA" w:rsidRDefault="005773BA"/>
        </w:tc>
      </w:tr>
    </w:tbl>
    <w:p w14:paraId="3A6AFFA8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5773BA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5773BA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C8804C4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492BA746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BCFAA1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2EE7AFEE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9551535" w14:textId="77777777" w:rsidR="005773BA" w:rsidRDefault="005773BA">
            <w:pPr>
              <w:keepNext/>
            </w:pPr>
          </w:p>
        </w:tc>
      </w:tr>
      <w:tr w:rsidR="005773BA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29126C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3"/>
          </w:tcPr>
          <w:p w14:paraId="09B4C13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65C1FB" w14:textId="77777777" w:rsidR="005773BA" w:rsidRDefault="005773BA">
            <w:pPr>
              <w:keepNext/>
            </w:pPr>
          </w:p>
        </w:tc>
        <w:tc>
          <w:tcPr>
            <w:tcW w:w="803" w:type="dxa"/>
          </w:tcPr>
          <w:p w14:paraId="38CFBA50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2B59EB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5E25517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58B2BB1C" w14:textId="77777777" w:rsidR="005773BA" w:rsidRDefault="005773BA">
            <w:pPr>
              <w:keepNext/>
            </w:pPr>
          </w:p>
        </w:tc>
      </w:tr>
      <w:tr w:rsidR="005773BA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Număr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cadastral</w:t>
            </w:r>
          </w:p>
          <w:p w14:paraId="4EB37192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D2032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e-Terra</w:t>
            </w:r>
          </w:p>
          <w:p w14:paraId="5518D7E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6961E23" w14:textId="77777777" w:rsidR="005773BA" w:rsidRDefault="005773BA">
            <w:pPr>
              <w:keepNext/>
            </w:pPr>
          </w:p>
        </w:tc>
      </w:tr>
    </w:tbl>
    <w:p w14:paraId="24E2FE46" w14:textId="77777777" w:rsidR="005773BA" w:rsidRDefault="005773BA">
      <w:pPr>
        <w:spacing w:line="168" w:lineRule="auto"/>
      </w:pPr>
    </w:p>
    <w:p w14:paraId="752769A9" w14:textId="77777777" w:rsidR="005773BA" w:rsidRPr="00F47EC1" w:rsidRDefault="00000000">
      <w:pPr>
        <w:spacing w:before="140" w:after="40"/>
        <w:jc w:val="center"/>
        <w:rPr>
          <w:sz w:val="28"/>
          <w:szCs w:val="28"/>
        </w:rPr>
      </w:pPr>
      <w:r w:rsidRPr="00F47EC1">
        <w:rPr>
          <w:b/>
          <w:sz w:val="28"/>
          <w:szCs w:val="28"/>
        </w:rPr>
        <w:t>SE CERTIFICĂ:</w:t>
      </w:r>
    </w:p>
    <w:p w14:paraId="040D7348" w14:textId="77777777" w:rsidR="005773BA" w:rsidRDefault="005773BA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5773BA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BDD9769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F06684B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5369536A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5773BA" w:rsidRPr="009D356B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FDBB25D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29EB28C5" w14:textId="77777777">
        <w:trPr>
          <w:cantSplit/>
          <w:trHeight w:val="283"/>
        </w:trPr>
        <w:tc>
          <w:tcPr>
            <w:tcW w:w="8030" w:type="dxa"/>
          </w:tcPr>
          <w:p w14:paraId="36A938BB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4F22E6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5DBB5838" w14:textId="77777777">
        <w:trPr>
          <w:cantSplit/>
          <w:trHeight w:val="283"/>
        </w:trPr>
        <w:tc>
          <w:tcPr>
            <w:tcW w:w="8030" w:type="dxa"/>
          </w:tcPr>
          <w:p w14:paraId="3D87D101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E69D920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435D6B43" w14:textId="77777777">
        <w:trPr>
          <w:cantSplit/>
          <w:trHeight w:val="283"/>
        </w:trPr>
        <w:tc>
          <w:tcPr>
            <w:tcW w:w="8030" w:type="dxa"/>
          </w:tcPr>
          <w:p w14:paraId="77345400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D878747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71E8B337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5773BA" w:rsidRPr="009D356B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EA913B8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7FEA1E33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4FA48435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7570B55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2F987B32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539588EE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AB2FCC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13D349BE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07BAEE48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953EDB7" w14:textId="77777777" w:rsidR="005773BA" w:rsidRPr="00D20322" w:rsidRDefault="005773BA">
            <w:pPr>
              <w:rPr>
                <w:lang w:val="fr-FR"/>
              </w:rPr>
            </w:pPr>
          </w:p>
        </w:tc>
      </w:tr>
      <w:tr w:rsidR="00D20322" w:rsidRPr="009D356B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D20322" w:rsidRDefault="00A3488E" w:rsidP="00C245E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7</w:t>
            </w:r>
            <w:r w:rsidR="00D20322" w:rsidRPr="00D20322">
              <w:rPr>
                <w:b/>
                <w:sz w:val="16"/>
                <w:lang w:val="fr-FR"/>
              </w:rPr>
              <w:t xml:space="preserve">. </w:t>
            </w:r>
            <w:r w:rsidR="00D20322" w:rsidRPr="00D20322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D20322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Default="00D20322" w:rsidP="00C245EC">
            <w:pPr>
              <w:keepNext/>
              <w:rPr>
                <w:rFonts w:cs="Times New Roman"/>
                <w:sz w:val="16"/>
              </w:rPr>
            </w:pPr>
            <w:proofErr w:type="spellStart"/>
            <w:r w:rsidRPr="00D20322">
              <w:rPr>
                <w:rFonts w:cs="Times New Roman"/>
                <w:sz w:val="16"/>
              </w:rPr>
              <w:t>Obiectivul</w:t>
            </w:r>
            <w:proofErr w:type="spellEnd"/>
            <w:r w:rsidRPr="00D20322">
              <w:rPr>
                <w:rFonts w:cs="Times New Roman"/>
                <w:sz w:val="16"/>
              </w:rPr>
              <w:t xml:space="preserve"> de </w:t>
            </w:r>
            <w:proofErr w:type="spellStart"/>
            <w:r w:rsidRPr="00D20322">
              <w:rPr>
                <w:rFonts w:cs="Times New Roman"/>
                <w:sz w:val="16"/>
              </w:rPr>
              <w:t>investiții</w:t>
            </w:r>
            <w:proofErr w:type="spellEnd"/>
            <w:r>
              <w:rPr>
                <w:rFonts w:cs="Times New Roman"/>
                <w:sz w:val="16"/>
              </w:rPr>
              <w:t>:</w:t>
            </w:r>
          </w:p>
          <w:p w14:paraId="78084B09" w14:textId="0FFDE578" w:rsidR="00D20322" w:rsidRPr="00D20322" w:rsidRDefault="00D20322" w:rsidP="00C245EC">
            <w:pPr>
              <w:keepNext/>
              <w:rPr>
                <w:rFonts w:cs="Times New Roman"/>
                <w:sz w:val="16"/>
              </w:rPr>
            </w:pPr>
            <w:r>
              <w:rPr>
                <w:rFonts w:cs="Times New Roman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9D356B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05345BBB" w:rsidR="00D20322" w:rsidRPr="00D20322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respectarea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docum</w:t>
            </w:r>
            <w:r>
              <w:rPr>
                <w:sz w:val="16"/>
                <w:lang w:val="fr-FR"/>
              </w:rPr>
              <w:t>entației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urbanism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</w:p>
        </w:tc>
      </w:tr>
      <w:tr w:rsidR="00D20322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5A0E5BA4" w:rsidR="00D20322" w:rsidRDefault="00D20322" w:rsidP="00C245EC">
            <w:pPr>
              <w:keepNext/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poate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condiționat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aprobarea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PUD (art. 82)</w:t>
            </w:r>
          </w:p>
        </w:tc>
      </w:tr>
      <w:tr w:rsidR="00D20322" w:rsidRPr="009D356B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16701D66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condiționat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unui</w:t>
            </w:r>
            <w:proofErr w:type="spellEnd"/>
            <w:r w:rsidRPr="00D20322">
              <w:rPr>
                <w:sz w:val="16"/>
                <w:lang w:val="fr-FR"/>
              </w:rPr>
              <w:t xml:space="preserve"> PUZ (art. 70)</w:t>
            </w:r>
            <w:r>
              <w:rPr>
                <w:sz w:val="16"/>
                <w:lang w:val="fr-FR"/>
              </w:rPr>
              <w:t xml:space="preserve">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iere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emis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arhitectul-</w:t>
            </w:r>
            <w:r w:rsidRPr="00D20322">
              <w:rPr>
                <w:rFonts w:cs="Times New Roman"/>
                <w:sz w:val="16"/>
                <w:lang w:val="fr-FR"/>
              </w:rPr>
              <w:t>ș</w:t>
            </w:r>
            <w:r w:rsidRPr="00D20322">
              <w:rPr>
                <w:sz w:val="16"/>
                <w:lang w:val="fr-FR"/>
              </w:rPr>
              <w:t>ef</w:t>
            </w:r>
            <w:proofErr w:type="spell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inițiere</w:t>
            </w:r>
            <w:proofErr w:type="spellEnd"/>
          </w:p>
        </w:tc>
      </w:tr>
      <w:tr w:rsidR="00D20322" w:rsidRPr="009D356B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53151D43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ii</w:t>
            </w:r>
            <w:proofErr w:type="spellEnd"/>
            <w:r w:rsidRPr="00D20322">
              <w:rPr>
                <w:sz w:val="16"/>
                <w:lang w:val="fr-FR"/>
              </w:rPr>
              <w:t xml:space="preserve"> NU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rFonts w:cs="Times New Roman"/>
                <w:sz w:val="16"/>
                <w:lang w:val="fr-FR"/>
              </w:rPr>
              <w:t>î</w:t>
            </w:r>
            <w:r w:rsidRPr="00D20322">
              <w:rPr>
                <w:sz w:val="16"/>
                <w:lang w:val="fr-FR"/>
              </w:rPr>
              <w:t>ntruc</w:t>
            </w:r>
            <w:r w:rsidRPr="00D20322">
              <w:rPr>
                <w:rFonts w:cs="Times New Roman"/>
                <w:sz w:val="16"/>
                <w:lang w:val="fr-FR"/>
              </w:rPr>
              <w:t>â</w:t>
            </w:r>
            <w:r w:rsidRPr="00D20322">
              <w:rPr>
                <w:sz w:val="16"/>
                <w:lang w:val="fr-FR"/>
              </w:rPr>
              <w:t>t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D20322" w:rsidRPr="009D356B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E1437F3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20322" w:rsidRPr="009D356B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Default="00D20322" w:rsidP="00C245EC">
            <w:pPr>
              <w:spacing w:line="228" w:lineRule="auto"/>
              <w:rPr>
                <w:lang w:val="fr-FR"/>
              </w:rPr>
            </w:pPr>
            <w:r w:rsidRPr="00D20322">
              <w:rPr>
                <w:lang w:val="fr-FR"/>
              </w:rPr>
              <w:t xml:space="preserve">La </w:t>
            </w:r>
            <w:proofErr w:type="spellStart"/>
            <w:r w:rsidRPr="00D20322">
              <w:rPr>
                <w:lang w:val="fr-FR"/>
              </w:rPr>
              <w:t>condiționare</w:t>
            </w:r>
            <w:proofErr w:type="spellEnd"/>
            <w:r w:rsidRPr="00D20322">
              <w:rPr>
                <w:lang w:val="fr-FR"/>
              </w:rPr>
              <w:t xml:space="preserve">, </w:t>
            </w:r>
            <w:proofErr w:type="spellStart"/>
            <w:r w:rsidRPr="00D20322">
              <w:rPr>
                <w:lang w:val="fr-FR"/>
              </w:rPr>
              <w:t>procedura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r w:rsidRPr="00D20322">
              <w:rPr>
                <w:lang w:val="fr-FR"/>
              </w:rPr>
              <w:t>autorizare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suspendă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până</w:t>
            </w:r>
            <w:proofErr w:type="spellEnd"/>
            <w:r w:rsidRPr="00D20322">
              <w:rPr>
                <w:lang w:val="fr-FR"/>
              </w:rPr>
              <w:t xml:space="preserve"> la </w:t>
            </w:r>
            <w:proofErr w:type="spellStart"/>
            <w:r w:rsidRPr="00D20322">
              <w:rPr>
                <w:lang w:val="fr-FR"/>
              </w:rPr>
              <w:t>aprobarea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documentației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proofErr w:type="gramStart"/>
            <w:r w:rsidRPr="00D20322">
              <w:rPr>
                <w:lang w:val="fr-FR"/>
              </w:rPr>
              <w:t>urbanism</w:t>
            </w:r>
            <w:proofErr w:type="spellEnd"/>
            <w:r w:rsidRPr="00D20322">
              <w:rPr>
                <w:lang w:val="fr-FR"/>
              </w:rPr>
              <w:t>;</w:t>
            </w:r>
            <w:proofErr w:type="gram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valabilitatea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certificatului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prelungește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cu</w:t>
            </w:r>
            <w:proofErr w:type="spellEnd"/>
            <w:r w:rsidRPr="00D20322">
              <w:rPr>
                <w:lang w:val="fr-FR"/>
              </w:rPr>
              <w:t xml:space="preserve"> 12 </w:t>
            </w:r>
            <w:proofErr w:type="spellStart"/>
            <w:r w:rsidRPr="00D20322">
              <w:rPr>
                <w:lang w:val="fr-FR"/>
              </w:rPr>
              <w:t>luni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după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aprobare</w:t>
            </w:r>
            <w:proofErr w:type="spellEnd"/>
            <w:r w:rsidRPr="00D20322">
              <w:rPr>
                <w:lang w:val="fr-FR"/>
              </w:rPr>
              <w:t>.</w:t>
            </w:r>
          </w:p>
          <w:p w14:paraId="46E9BE9A" w14:textId="40C551D0" w:rsidR="0008118F" w:rsidRPr="0008118F" w:rsidRDefault="0008118F" w:rsidP="00C245EC">
            <w:pPr>
              <w:spacing w:line="228" w:lineRule="auto"/>
              <w:rPr>
                <w:lang w:val="fr-FR"/>
              </w:rPr>
            </w:pPr>
            <w:r w:rsidRPr="0008118F">
              <w:rPr>
                <w:lang w:val="fr-FR"/>
              </w:rPr>
              <w:t xml:space="preserve">La </w:t>
            </w:r>
            <w:proofErr w:type="spellStart"/>
            <w:r w:rsidRPr="0008118F">
              <w:rPr>
                <w:lang w:val="fr-FR"/>
              </w:rPr>
              <w:t>condiționarea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referitoare</w:t>
            </w:r>
            <w:proofErr w:type="spellEnd"/>
            <w:r w:rsidRPr="0008118F">
              <w:rPr>
                <w:lang w:val="fr-FR"/>
              </w:rPr>
              <w:t xml:space="preserve"> la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PUZ, </w:t>
            </w:r>
            <w:proofErr w:type="spellStart"/>
            <w:r w:rsidRPr="0008118F">
              <w:rPr>
                <w:lang w:val="fr-FR"/>
              </w:rPr>
              <w:t>după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documentație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certificatul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 se va </w:t>
            </w:r>
            <w:proofErr w:type="spellStart"/>
            <w:r>
              <w:rPr>
                <w:lang w:val="fr-FR"/>
              </w:rPr>
              <w:t>completa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Formularul</w:t>
            </w:r>
            <w:proofErr w:type="spellEnd"/>
            <w:r>
              <w:rPr>
                <w:lang w:val="fr-FR"/>
              </w:rPr>
              <w:t xml:space="preserve"> F_CU_07_01 - </w:t>
            </w:r>
            <w:proofErr w:type="spellStart"/>
            <w:r>
              <w:rPr>
                <w:lang w:val="fr-FR"/>
              </w:rPr>
              <w:t>Anexa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</w:tbl>
    <w:p w14:paraId="608D52EC" w14:textId="77777777" w:rsidR="00D20322" w:rsidRPr="0008118F" w:rsidRDefault="00D2032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9D356B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D20322" w:rsidRDefault="00000000">
            <w:pPr>
              <w:keepNext/>
              <w:rPr>
                <w:lang w:val="fr-FR"/>
              </w:rPr>
            </w:pPr>
            <w:r w:rsidRPr="0008118F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  <w:lang w:val="fr-FR"/>
              </w:rPr>
              <w:t>8</w:t>
            </w:r>
            <w:r w:rsidRPr="00D20322">
              <w:rPr>
                <w:b/>
                <w:sz w:val="16"/>
                <w:lang w:val="fr-FR"/>
              </w:rPr>
              <w:t xml:space="preserve">. </w:t>
            </w:r>
            <w:r w:rsidRPr="00D20322">
              <w:rPr>
                <w:b/>
                <w:color w:val="000000"/>
                <w:sz w:val="18"/>
                <w:lang w:val="fr-FR"/>
              </w:rPr>
              <w:t>AVIZE / ACORDURI ÎN VEDEREA APROBĂRII DOCUMENTAȚIEI DE URBANISM — PUD</w:t>
            </w:r>
          </w:p>
        </w:tc>
      </w:tr>
      <w:tr w:rsidR="005773BA" w:rsidRPr="009D356B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după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altele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decât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cele</w:t>
            </w:r>
            <w:proofErr w:type="spellEnd"/>
            <w:r w:rsidRPr="00D20322">
              <w:rPr>
                <w:sz w:val="16"/>
                <w:lang w:val="fr-FR"/>
              </w:rPr>
              <w:t xml:space="preserve"> care se pot </w:t>
            </w:r>
            <w:proofErr w:type="spellStart"/>
            <w:r w:rsidRPr="00D20322">
              <w:rPr>
                <w:sz w:val="16"/>
                <w:lang w:val="fr-FR"/>
              </w:rPr>
              <w:t>obține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</w:p>
        </w:tc>
      </w:tr>
      <w:tr w:rsidR="005773BA" w:rsidRPr="009D356B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DAC86CC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5773BA" w:rsidRPr="009D356B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unic</w:t>
            </w:r>
            <w:proofErr w:type="spellEnd"/>
          </w:p>
        </w:tc>
      </w:tr>
      <w:tr w:rsidR="005773BA" w:rsidRPr="00D20322" w14:paraId="3F5D0604" w14:textId="77777777">
        <w:trPr>
          <w:cantSplit/>
        </w:trPr>
        <w:tc>
          <w:tcPr>
            <w:tcW w:w="9636" w:type="dxa"/>
          </w:tcPr>
          <w:p w14:paraId="0DF8BB19" w14:textId="77777777" w:rsidR="00D20322" w:rsidRDefault="00000000">
            <w:pPr>
              <w:rPr>
                <w:sz w:val="16"/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b/>
                <w:bCs/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Comisia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68772F43" w14:textId="3DC60C7D" w:rsidR="005773BA" w:rsidRPr="00D20322" w:rsidRDefault="00D20322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</w:tbl>
    <w:p w14:paraId="6EBC97C6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AVIZE / ACORDURI ÎN VEDEREA EMITERII AUTORIZAȚIEI</w:t>
            </w:r>
          </w:p>
        </w:tc>
      </w:tr>
      <w:tr w:rsidR="005773BA" w:rsidRPr="009D356B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PUZ /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exclusiv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direct de </w:t>
            </w:r>
            <w:proofErr w:type="spellStart"/>
            <w:r w:rsidR="00D20322">
              <w:rPr>
                <w:sz w:val="16"/>
                <w:lang w:val="fr-FR"/>
              </w:rPr>
              <w:t>către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solicitant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</w:p>
        </w:tc>
      </w:tr>
      <w:tr w:rsidR="005773BA" w:rsidRPr="009D356B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D20322">
              <w:rPr>
                <w:sz w:val="16"/>
                <w:lang w:val="fr-FR"/>
              </w:rPr>
              <w:t>poliția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rutieră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tehnică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circulație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sănătății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populației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securitate</w:t>
            </w:r>
            <w:proofErr w:type="spellEnd"/>
            <w:r w:rsidRPr="00D20322">
              <w:rPr>
                <w:sz w:val="16"/>
                <w:lang w:val="fr-FR"/>
              </w:rPr>
              <w:t xml:space="preserve"> la </w:t>
            </w:r>
            <w:proofErr w:type="spellStart"/>
            <w:r w:rsidRPr="00D20322">
              <w:rPr>
                <w:sz w:val="16"/>
                <w:lang w:val="fr-FR"/>
              </w:rPr>
              <w:t>incendiu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5773BA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77777777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național</w:t>
            </w:r>
            <w:proofErr w:type="spellEnd"/>
          </w:p>
        </w:tc>
      </w:tr>
      <w:tr w:rsidR="005773BA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1ED6E629" w:rsidR="005773BA" w:rsidRDefault="00D2032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</w:t>
            </w:r>
            <w:r>
              <w:rPr>
                <w:sz w:val="16"/>
              </w:rPr>
              <w:t xml:space="preserve"> </w:t>
            </w:r>
            <w:proofErr w:type="spellStart"/>
            <w:r>
              <w:t>instituțiilor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59AC5C95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4468AF9F" w14:textId="77777777" w:rsidR="005773BA" w:rsidRDefault="005773BA">
            <w:pPr>
              <w:keepNext/>
            </w:pPr>
          </w:p>
        </w:tc>
      </w:tr>
      <w:tr w:rsidR="00D20322" w:rsidRPr="00D20322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D20322" w:rsidRDefault="00D20322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Alte </w:t>
            </w:r>
            <w:proofErr w:type="spellStart"/>
            <w:r>
              <w:rPr>
                <w:sz w:val="16"/>
                <w:lang w:val="fr-FR"/>
              </w:rPr>
              <w:t>avize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 :…</w:t>
            </w:r>
            <w:proofErr w:type="gramEnd"/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5773BA" w:rsidRPr="009D356B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punctul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vedere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actul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  <w:r w:rsidRPr="00D20322">
              <w:rPr>
                <w:sz w:val="16"/>
                <w:lang w:val="fr-FR"/>
              </w:rPr>
              <w:t xml:space="preserve"> al </w:t>
            </w:r>
            <w:proofErr w:type="spellStart"/>
            <w:r w:rsidRPr="00D20322">
              <w:rPr>
                <w:sz w:val="16"/>
                <w:lang w:val="fr-FR"/>
              </w:rPr>
              <w:t>autorității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pentru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mediului</w:t>
            </w:r>
            <w:proofErr w:type="spellEnd"/>
          </w:p>
          <w:p w14:paraId="25108832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acordul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vecinilor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sz w:val="16"/>
                <w:lang w:val="fr-FR"/>
              </w:rPr>
              <w:t>dacă</w:t>
            </w:r>
            <w:proofErr w:type="spellEnd"/>
            <w:r w:rsidRPr="00D20322">
              <w:rPr>
                <w:sz w:val="16"/>
                <w:lang w:val="fr-FR"/>
              </w:rPr>
              <w:t xml:space="preserve"> este </w:t>
            </w:r>
            <w:proofErr w:type="spellStart"/>
            <w:r w:rsidRPr="00D2032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5773BA" w:rsidRPr="009D356B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="00D20322">
              <w:rPr>
                <w:sz w:val="16"/>
                <w:lang w:val="fr-FR"/>
              </w:rPr>
              <w:t>obținute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  <w:r w:rsidRPr="00D20322">
              <w:rPr>
                <w:sz w:val="16"/>
                <w:lang w:val="fr-FR"/>
              </w:rPr>
              <w:t xml:space="preserve"> SAU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direct</w:t>
            </w:r>
            <w:r w:rsidRPr="00D20322">
              <w:rPr>
                <w:sz w:val="16"/>
                <w:lang w:val="fr-FR"/>
              </w:rPr>
              <w:t xml:space="preserve">, la </w:t>
            </w:r>
            <w:proofErr w:type="spellStart"/>
            <w:r w:rsidRPr="00D20322">
              <w:rPr>
                <w:sz w:val="16"/>
                <w:lang w:val="fr-FR"/>
              </w:rPr>
              <w:t>alegerea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5773BA" w:rsidRPr="00D20322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7777777" w:rsidR="00D20322" w:rsidRDefault="00000000">
            <w:pPr>
              <w:keepNext/>
              <w:rPr>
                <w:sz w:val="16"/>
                <w:lang w:val="fr-FR"/>
              </w:rPr>
            </w:pPr>
            <w:r w:rsidRPr="00D2032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</w:t>
            </w:r>
            <w:r w:rsidR="00D20322">
              <w:rPr>
                <w:sz w:val="16"/>
                <w:lang w:val="fr-FR"/>
              </w:rPr>
              <w:t>ei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="00D20322"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4CC18167" w14:textId="5DCDBC58" w:rsidR="005773BA" w:rsidRPr="00D20322" w:rsidRDefault="00D2032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5773BA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avize</w:t>
            </w:r>
            <w:proofErr w:type="spellEnd"/>
            <w:r w:rsidR="00D20322"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obținute</w:t>
            </w:r>
            <w:proofErr w:type="spellEnd"/>
            <w:r w:rsidR="00D20322">
              <w:rPr>
                <w:sz w:val="16"/>
              </w:rPr>
              <w:t xml:space="preserve"> direct</w:t>
            </w:r>
            <w:r>
              <w:rPr>
                <w:sz w:val="16"/>
              </w:rPr>
              <w:t>:</w:t>
            </w:r>
          </w:p>
        </w:tc>
      </w:tr>
      <w:tr w:rsidR="005773BA" w14:paraId="38A0E47A" w14:textId="77777777">
        <w:trPr>
          <w:cantSplit/>
        </w:trPr>
        <w:tc>
          <w:tcPr>
            <w:tcW w:w="9636" w:type="dxa"/>
            <w:gridSpan w:val="2"/>
          </w:tcPr>
          <w:p w14:paraId="74173032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5773BA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Default="00D20322">
            <w:pPr>
              <w:pBdr>
                <w:bottom w:val="dotted" w:sz="6" w:space="0" w:color="999999"/>
              </w:pBdr>
              <w:spacing w:after="80"/>
            </w:pPr>
            <w:r>
              <w:t xml:space="preserve">Alte </w:t>
            </w:r>
            <w:proofErr w:type="spellStart"/>
            <w:r>
              <w:t>avize</w:t>
            </w:r>
            <w:proofErr w:type="spellEnd"/>
            <w:r>
              <w:t>:</w:t>
            </w:r>
          </w:p>
        </w:tc>
      </w:tr>
    </w:tbl>
    <w:p w14:paraId="45F26290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STUDII DE SPECIALITATE</w:t>
            </w:r>
          </w:p>
        </w:tc>
      </w:tr>
      <w:tr w:rsidR="005773BA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2FFEA3A0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8380244" w14:textId="77777777" w:rsidR="005773BA" w:rsidRDefault="005773BA">
      <w:pPr>
        <w:spacing w:line="168" w:lineRule="auto"/>
      </w:pPr>
    </w:p>
    <w:p w14:paraId="59F2290D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D20322">
              <w:rPr>
                <w:b/>
                <w:sz w:val="16"/>
              </w:rPr>
              <w:t>1</w:t>
            </w:r>
            <w:r w:rsidR="00A3488E">
              <w:rPr>
                <w:b/>
                <w:sz w:val="16"/>
              </w:rPr>
              <w:t>1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5773BA" w14:paraId="29DDD14A" w14:textId="77777777">
        <w:trPr>
          <w:cantSplit/>
        </w:trPr>
        <w:tc>
          <w:tcPr>
            <w:tcW w:w="9636" w:type="dxa"/>
          </w:tcPr>
          <w:p w14:paraId="26FEB1E4" w14:textId="77777777" w:rsidR="005773BA" w:rsidRDefault="00000000">
            <w:r>
              <w:rPr>
                <w:sz w:val="16"/>
              </w:rPr>
              <w:t xml:space="preserve">☐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13FB46F5" w14:textId="77777777" w:rsidR="005773BA" w:rsidRDefault="00000000">
            <w:r>
              <w:rPr>
                <w:sz w:val="16"/>
              </w:rPr>
              <w:t xml:space="preserve">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3DB2C4C5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VALABILITATE</w:t>
            </w:r>
          </w:p>
        </w:tc>
      </w:tr>
      <w:tr w:rsidR="005773BA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Prezentul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certificat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are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(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luni</w:t>
            </w:r>
            <w:proofErr w:type="spellEnd"/>
            <w:r w:rsidRPr="00D20322">
              <w:rPr>
                <w:b/>
                <w:color w:val="0D5F78"/>
                <w:lang w:val="fr-FR"/>
              </w:rPr>
              <w:t>)</w:t>
            </w:r>
          </w:p>
          <w:p w14:paraId="42F89BEF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5682ED4D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Prelungit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la data /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până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77D675C4" w14:textId="77777777" w:rsidR="005773BA" w:rsidRDefault="00000000">
            <w:r>
              <w:rPr>
                <w:i/>
                <w:color w:val="7A7A7A"/>
              </w:rPr>
              <w:t xml:space="preserve">o </w:t>
            </w:r>
            <w:proofErr w:type="spellStart"/>
            <w:r>
              <w:rPr>
                <w:i/>
                <w:color w:val="7A7A7A"/>
              </w:rPr>
              <w:t>singură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dată</w:t>
            </w:r>
            <w:proofErr w:type="spellEnd"/>
          </w:p>
          <w:p w14:paraId="7970D563" w14:textId="77777777" w:rsidR="005773BA" w:rsidRDefault="005773BA"/>
        </w:tc>
      </w:tr>
    </w:tbl>
    <w:p w14:paraId="284AB8AE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5773BA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11384346" w14:textId="77777777" w:rsidR="005773BA" w:rsidRDefault="005773BA">
            <w:pPr>
              <w:keepNext/>
              <w:spacing w:after="200"/>
            </w:pPr>
          </w:p>
          <w:p w14:paraId="36797C84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DAAB49C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8DFAAA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7A28463" w14:textId="77777777" w:rsidR="005773BA" w:rsidRDefault="005773BA">
            <w:pPr>
              <w:keepNext/>
              <w:spacing w:after="200"/>
            </w:pPr>
          </w:p>
          <w:p w14:paraId="40BD9AE3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4EBD6E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26A006A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642B167E" w14:textId="77777777" w:rsidR="005773BA" w:rsidRDefault="005773BA">
            <w:pPr>
              <w:keepNext/>
              <w:spacing w:after="200"/>
            </w:pPr>
          </w:p>
          <w:p w14:paraId="640ACEF7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DB2C8DA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5773BA" w:rsidRPr="009D356B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38F3C70A" w14:textId="77777777" w:rsidR="005773BA" w:rsidRDefault="005773BA"/>
        </w:tc>
        <w:tc>
          <w:tcPr>
            <w:tcW w:w="3212" w:type="dxa"/>
            <w:gridSpan w:val="2"/>
          </w:tcPr>
          <w:p w14:paraId="7B2793AF" w14:textId="77777777" w:rsidR="005773BA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59A499" w14:textId="77777777" w:rsidR="005773BA" w:rsidRDefault="005773BA"/>
        </w:tc>
        <w:tc>
          <w:tcPr>
            <w:tcW w:w="4015" w:type="dxa"/>
            <w:gridSpan w:val="2"/>
          </w:tcPr>
          <w:p w14:paraId="620C5D84" w14:textId="77777777" w:rsidR="005773BA" w:rsidRPr="00D20322" w:rsidRDefault="00000000">
            <w:pPr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0F6C8C4A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direct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prin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/ digital</w:t>
            </w:r>
          </w:p>
          <w:p w14:paraId="524EA59C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224AF434" w14:textId="77777777" w:rsidR="005773BA" w:rsidRPr="00D20322" w:rsidRDefault="005773BA">
      <w:pPr>
        <w:spacing w:line="168" w:lineRule="auto"/>
        <w:rPr>
          <w:lang w:val="fr-FR"/>
        </w:rPr>
      </w:pPr>
    </w:p>
    <w:sectPr w:rsidR="005773BA" w:rsidRPr="00D2032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E25D4" w14:textId="77777777" w:rsidR="009413CF" w:rsidRDefault="009413CF">
      <w:r>
        <w:separator/>
      </w:r>
    </w:p>
  </w:endnote>
  <w:endnote w:type="continuationSeparator" w:id="0">
    <w:p w14:paraId="186341BE" w14:textId="77777777" w:rsidR="009413CF" w:rsidRDefault="009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56F" w14:textId="77777777" w:rsidR="005773BA" w:rsidRDefault="00000000">
    <w:pPr>
      <w:pStyle w:val="Subsol"/>
      <w:tabs>
        <w:tab w:val="right" w:pos="9639"/>
      </w:tabs>
    </w:pPr>
    <w:r>
      <w:rPr>
        <w:color w:val="595959"/>
      </w:rPr>
      <w:t xml:space="preserve">F_CU_07_0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1CA8" w14:textId="77777777" w:rsidR="009413CF" w:rsidRDefault="009413CF">
      <w:r>
        <w:separator/>
      </w:r>
    </w:p>
  </w:footnote>
  <w:footnote w:type="continuationSeparator" w:id="0">
    <w:p w14:paraId="77A2C2E0" w14:textId="77777777" w:rsidR="009413CF" w:rsidRDefault="0094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20085">
    <w:abstractNumId w:val="8"/>
  </w:num>
  <w:num w:numId="2" w16cid:durableId="1124423399">
    <w:abstractNumId w:val="6"/>
  </w:num>
  <w:num w:numId="3" w16cid:durableId="825710300">
    <w:abstractNumId w:val="5"/>
  </w:num>
  <w:num w:numId="4" w16cid:durableId="1832670244">
    <w:abstractNumId w:val="4"/>
  </w:num>
  <w:num w:numId="5" w16cid:durableId="1478645800">
    <w:abstractNumId w:val="7"/>
  </w:num>
  <w:num w:numId="6" w16cid:durableId="1893616835">
    <w:abstractNumId w:val="3"/>
  </w:num>
  <w:num w:numId="7" w16cid:durableId="1905524756">
    <w:abstractNumId w:val="2"/>
  </w:num>
  <w:num w:numId="8" w16cid:durableId="1266889730">
    <w:abstractNumId w:val="1"/>
  </w:num>
  <w:num w:numId="9" w16cid:durableId="8243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73"/>
    <w:rsid w:val="00034616"/>
    <w:rsid w:val="0006063C"/>
    <w:rsid w:val="0008118F"/>
    <w:rsid w:val="0015074B"/>
    <w:rsid w:val="00221184"/>
    <w:rsid w:val="0029639D"/>
    <w:rsid w:val="00326F90"/>
    <w:rsid w:val="003C71B3"/>
    <w:rsid w:val="004D46A7"/>
    <w:rsid w:val="005773BA"/>
    <w:rsid w:val="005D059C"/>
    <w:rsid w:val="006C103E"/>
    <w:rsid w:val="009413CF"/>
    <w:rsid w:val="009D356B"/>
    <w:rsid w:val="00A3488E"/>
    <w:rsid w:val="00AA1D8D"/>
    <w:rsid w:val="00AC6516"/>
    <w:rsid w:val="00B13273"/>
    <w:rsid w:val="00B47730"/>
    <w:rsid w:val="00CB0664"/>
    <w:rsid w:val="00D20322"/>
    <w:rsid w:val="00D42FC9"/>
    <w:rsid w:val="00F47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Adelina Nae</cp:lastModifiedBy>
  <cp:revision>10</cp:revision>
  <dcterms:created xsi:type="dcterms:W3CDTF">2013-12-23T23:15:00Z</dcterms:created>
  <dcterms:modified xsi:type="dcterms:W3CDTF">2026-08-24T14:45:00Z</dcterms:modified>
  <cp:category/>
</cp:coreProperties>
</file>